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E176" w14:textId="77777777" w:rsidR="007833F3" w:rsidRPr="00BA0C8B" w:rsidRDefault="00000000">
      <w:pPr>
        <w:pStyle w:val="Titre"/>
        <w:jc w:val="center"/>
      </w:pPr>
      <w:r w:rsidRPr="00BA0C8B">
        <w:t>Rapport individuel de test utilisateur</w:t>
      </w:r>
    </w:p>
    <w:p w14:paraId="7C515284" w14:textId="19BACA98" w:rsidR="007833F3" w:rsidRPr="00BA0C8B" w:rsidRDefault="00000000">
      <w:pPr>
        <w:jc w:val="center"/>
      </w:pPr>
      <w:r w:rsidRPr="00BA0C8B">
        <w:rPr>
          <w:rFonts w:ascii="Cambria" w:hAnsi="Cambria"/>
          <w:color w:val="1F4E79"/>
          <w:sz w:val="32"/>
        </w:rPr>
        <w:t xml:space="preserve">Projet KMS </w:t>
      </w:r>
    </w:p>
    <w:p w14:paraId="56D78C76" w14:textId="29E4AB27" w:rsidR="007833F3" w:rsidRPr="00BA0C8B" w:rsidRDefault="00000000">
      <w:pPr>
        <w:jc w:val="center"/>
      </w:pPr>
      <w:r w:rsidRPr="00BA0C8B">
        <w:rPr>
          <w:sz w:val="22"/>
        </w:rPr>
        <w:t xml:space="preserve">  Mohammad Shabana</w:t>
      </w:r>
    </w:p>
    <w:p w14:paraId="2634641C" w14:textId="36E1687B" w:rsidR="007833F3" w:rsidRPr="00BA0C8B" w:rsidRDefault="00000000">
      <w:pPr>
        <w:jc w:val="center"/>
      </w:pPr>
      <w:r w:rsidRPr="00BA0C8B">
        <w:rPr>
          <w:sz w:val="22"/>
        </w:rPr>
        <w:t>Dates des passations : 11 et 1</w:t>
      </w:r>
      <w:r w:rsidR="006C7319">
        <w:rPr>
          <w:sz w:val="22"/>
        </w:rPr>
        <w:t>3</w:t>
      </w:r>
      <w:r w:rsidRPr="00BA0C8B">
        <w:rPr>
          <w:sz w:val="22"/>
        </w:rPr>
        <w:t xml:space="preserve"> mars 2026</w:t>
      </w:r>
    </w:p>
    <w:p w14:paraId="42F14676" w14:textId="62636231" w:rsidR="007833F3" w:rsidRPr="00BA0C8B" w:rsidRDefault="00000000">
      <w:pPr>
        <w:jc w:val="center"/>
      </w:pPr>
      <w:r w:rsidRPr="00BA0C8B">
        <w:rPr>
          <w:sz w:val="22"/>
        </w:rPr>
        <w:t xml:space="preserve">Participants :  </w:t>
      </w:r>
      <w:proofErr w:type="gramStart"/>
      <w:r w:rsidRPr="00BA0C8B">
        <w:rPr>
          <w:sz w:val="22"/>
        </w:rPr>
        <w:t>Mehdi,  Ines,  Lucas</w:t>
      </w:r>
      <w:proofErr w:type="gramEnd"/>
    </w:p>
    <w:p w14:paraId="3D28F0DD" w14:textId="46472044" w:rsidR="007833F3" w:rsidRPr="00BA0C8B" w:rsidRDefault="00000000">
      <w:pPr>
        <w:jc w:val="center"/>
      </w:pPr>
      <w:r w:rsidRPr="00BA0C8B">
        <w:rPr>
          <w:sz w:val="22"/>
        </w:rPr>
        <w:t xml:space="preserve">Versions </w:t>
      </w:r>
      <w:r w:rsidR="008643AF" w:rsidRPr="00BA0C8B">
        <w:rPr>
          <w:sz w:val="22"/>
        </w:rPr>
        <w:t>testées</w:t>
      </w:r>
      <w:r w:rsidRPr="00BA0C8B">
        <w:rPr>
          <w:sz w:val="22"/>
        </w:rPr>
        <w:t xml:space="preserve"> : prototypes </w:t>
      </w:r>
      <w:proofErr w:type="spellStart"/>
      <w:r w:rsidRPr="00BA0C8B">
        <w:rPr>
          <w:sz w:val="22"/>
        </w:rPr>
        <w:t>Figma</w:t>
      </w:r>
      <w:proofErr w:type="spellEnd"/>
      <w:r w:rsidRPr="00BA0C8B">
        <w:rPr>
          <w:sz w:val="22"/>
        </w:rPr>
        <w:t xml:space="preserve"> DARK et LIGHT</w:t>
      </w:r>
    </w:p>
    <w:tbl>
      <w:tblPr>
        <w:tblW w:w="0" w:type="auto"/>
        <w:jc w:val="center"/>
        <w:tblLook w:val="04A0" w:firstRow="1" w:lastRow="0" w:firstColumn="1" w:lastColumn="0" w:noHBand="0" w:noVBand="1"/>
      </w:tblPr>
      <w:tblGrid>
        <w:gridCol w:w="9746"/>
      </w:tblGrid>
      <w:tr w:rsidR="007833F3" w:rsidRPr="00BA0C8B" w14:paraId="2652E3DF" w14:textId="77777777">
        <w:trPr>
          <w:jc w:val="center"/>
        </w:trPr>
        <w:tc>
          <w:tcPr>
            <w:tcW w:w="9746" w:type="dxa"/>
            <w:shd w:val="clear" w:color="auto" w:fill="F5F7FA"/>
          </w:tcPr>
          <w:p w14:paraId="2E26ECB0" w14:textId="18E4D112" w:rsidR="007833F3" w:rsidRPr="00BA0C8B" w:rsidRDefault="007833F3" w:rsidP="004462E0">
            <w:pPr>
              <w:pStyle w:val="Listepuces"/>
              <w:numPr>
                <w:ilvl w:val="0"/>
                <w:numId w:val="0"/>
              </w:numPr>
            </w:pPr>
          </w:p>
        </w:tc>
      </w:tr>
    </w:tbl>
    <w:p w14:paraId="54FCA3DF" w14:textId="77777777" w:rsidR="007833F3" w:rsidRPr="00BA0C8B" w:rsidRDefault="007833F3"/>
    <w:p w14:paraId="7B279540" w14:textId="1D35715D" w:rsidR="007833F3" w:rsidRPr="00BA0C8B" w:rsidRDefault="007833F3"/>
    <w:p w14:paraId="3895A007" w14:textId="77777777" w:rsidR="007833F3" w:rsidRPr="00BA0C8B" w:rsidRDefault="00000000">
      <w:pPr>
        <w:pStyle w:val="Titre1"/>
      </w:pPr>
      <w:r w:rsidRPr="00BA0C8B">
        <w:t>1. Introduction</w:t>
      </w:r>
    </w:p>
    <w:p w14:paraId="5F28F60C" w14:textId="45AFD0DC" w:rsidR="007833F3" w:rsidRPr="00BA0C8B" w:rsidRDefault="00000000">
      <w:r w:rsidRPr="00BA0C8B">
        <w:t xml:space="preserve">Le test utilisateur est une </w:t>
      </w:r>
      <w:r w:rsidR="00540EAF" w:rsidRPr="00BA0C8B">
        <w:t>méthode</w:t>
      </w:r>
      <w:r w:rsidRPr="00BA0C8B">
        <w:t xml:space="preserve"> empirique d'</w:t>
      </w:r>
      <w:r w:rsidR="00540EAF" w:rsidRPr="00BA0C8B">
        <w:t>évaluation</w:t>
      </w:r>
      <w:r w:rsidRPr="00BA0C8B">
        <w:t xml:space="preserve"> de l'</w:t>
      </w:r>
      <w:r w:rsidR="00540EAF" w:rsidRPr="00BA0C8B">
        <w:t>expériences</w:t>
      </w:r>
      <w:r w:rsidRPr="00BA0C8B">
        <w:t xml:space="preserve"> utilisateur qui consiste </w:t>
      </w:r>
      <w:proofErr w:type="spellStart"/>
      <w:proofErr w:type="gramStart"/>
      <w:r w:rsidRPr="00BA0C8B">
        <w:t>a</w:t>
      </w:r>
      <w:proofErr w:type="spellEnd"/>
      <w:proofErr w:type="gramEnd"/>
      <w:r w:rsidRPr="00BA0C8B">
        <w:t xml:space="preserve"> observer de vraies personnes </w:t>
      </w:r>
      <w:r w:rsidR="00540EAF" w:rsidRPr="00BA0C8B">
        <w:t>réaliser</w:t>
      </w:r>
      <w:r w:rsidRPr="00BA0C8B">
        <w:t xml:space="preserve"> des </w:t>
      </w:r>
      <w:r w:rsidR="008643AF" w:rsidRPr="00BA0C8B">
        <w:t>tâches</w:t>
      </w:r>
      <w:r w:rsidRPr="00BA0C8B">
        <w:t xml:space="preserve"> </w:t>
      </w:r>
      <w:r w:rsidR="00540EAF" w:rsidRPr="00BA0C8B">
        <w:t>représentatives</w:t>
      </w:r>
      <w:r w:rsidRPr="00BA0C8B">
        <w:t xml:space="preserve"> sur un </w:t>
      </w:r>
      <w:r w:rsidR="00540EAF" w:rsidRPr="00BA0C8B">
        <w:t>système</w:t>
      </w:r>
      <w:r w:rsidRPr="00BA0C8B">
        <w:t xml:space="preserve"> interactif. A ce stade du projet KMS Street </w:t>
      </w:r>
      <w:proofErr w:type="spellStart"/>
      <w:r w:rsidRPr="00BA0C8B">
        <w:t>Workout</w:t>
      </w:r>
      <w:proofErr w:type="spellEnd"/>
      <w:r w:rsidRPr="00BA0C8B">
        <w:t xml:space="preserve">, cette </w:t>
      </w:r>
      <w:r w:rsidR="008643AF" w:rsidRPr="00BA0C8B">
        <w:t>méthode</w:t>
      </w:r>
      <w:r w:rsidRPr="00BA0C8B">
        <w:t xml:space="preserve"> est pertinente car le prototype est assez avanc</w:t>
      </w:r>
      <w:r w:rsidR="004462E0" w:rsidRPr="00BA0C8B">
        <w:t>é</w:t>
      </w:r>
      <w:r w:rsidRPr="00BA0C8B">
        <w:t xml:space="preserve"> pour faire </w:t>
      </w:r>
      <w:r w:rsidR="008643AF" w:rsidRPr="00BA0C8B">
        <w:t>émerger</w:t>
      </w:r>
      <w:r w:rsidRPr="00BA0C8B">
        <w:t xml:space="preserve"> des obstacles concrets de navigation, de </w:t>
      </w:r>
      <w:r w:rsidR="008643AF" w:rsidRPr="00BA0C8B">
        <w:t>compréhension</w:t>
      </w:r>
      <w:r w:rsidRPr="00BA0C8B">
        <w:t xml:space="preserve"> et de perception. Elle permet de croiser les temps de tache, les erreurs, les </w:t>
      </w:r>
      <w:r w:rsidR="008643AF" w:rsidRPr="00BA0C8B">
        <w:t>hésitations</w:t>
      </w:r>
      <w:r w:rsidRPr="00BA0C8B">
        <w:t xml:space="preserve"> et les verbalisations </w:t>
      </w:r>
      <w:r w:rsidR="008643AF" w:rsidRPr="00BA0C8B">
        <w:t>spontanées</w:t>
      </w:r>
      <w:r w:rsidRPr="00BA0C8B">
        <w:t xml:space="preserve"> afin de prioriser les </w:t>
      </w:r>
      <w:r w:rsidR="008643AF" w:rsidRPr="00BA0C8B">
        <w:t>problèmes</w:t>
      </w:r>
      <w:r w:rsidRPr="00BA0C8B">
        <w:t xml:space="preserve"> de conception</w:t>
      </w:r>
      <w:r w:rsidR="004462E0" w:rsidRPr="00BA0C8B">
        <w:t xml:space="preserve"> et </w:t>
      </w:r>
      <w:r w:rsidR="008643AF" w:rsidRPr="00BA0C8B">
        <w:t>repérer</w:t>
      </w:r>
      <w:r w:rsidR="004462E0" w:rsidRPr="00BA0C8B">
        <w:t xml:space="preserve"> les force et faiblesse de la maquette</w:t>
      </w:r>
      <w:r w:rsidRPr="00BA0C8B">
        <w:t>.</w:t>
      </w:r>
    </w:p>
    <w:p w14:paraId="41740B77" w14:textId="77777777" w:rsidR="007833F3" w:rsidRPr="00BA0C8B" w:rsidRDefault="00000000">
      <w:pPr>
        <w:pStyle w:val="Titre1"/>
      </w:pPr>
      <w:r w:rsidRPr="00BA0C8B">
        <w:t xml:space="preserve">2. </w:t>
      </w:r>
      <w:proofErr w:type="spellStart"/>
      <w:r w:rsidRPr="00BA0C8B">
        <w:t>Methodologie</w:t>
      </w:r>
      <w:proofErr w:type="spellEnd"/>
    </w:p>
    <w:p w14:paraId="1BE8BDA8" w14:textId="77777777" w:rsidR="007833F3" w:rsidRPr="00BA0C8B" w:rsidRDefault="00000000">
      <w:pPr>
        <w:pStyle w:val="Titre2"/>
      </w:pPr>
      <w:r w:rsidRPr="00BA0C8B">
        <w:t xml:space="preserve">2.1 Public cible et </w:t>
      </w:r>
      <w:proofErr w:type="spellStart"/>
      <w:r w:rsidRPr="00BA0C8B">
        <w:t>participant-es</w:t>
      </w:r>
      <w:proofErr w:type="spellEnd"/>
    </w:p>
    <w:p w14:paraId="4AC09F50" w14:textId="7A8671FC" w:rsidR="007833F3" w:rsidRPr="00BA0C8B" w:rsidRDefault="00000000">
      <w:r w:rsidRPr="00BA0C8B">
        <w:t xml:space="preserve">La population de </w:t>
      </w:r>
      <w:r w:rsidR="00290950" w:rsidRPr="00BA0C8B">
        <w:t>référence</w:t>
      </w:r>
      <w:r w:rsidRPr="00BA0C8B">
        <w:t xml:space="preserve"> est </w:t>
      </w:r>
      <w:r w:rsidR="00290950" w:rsidRPr="00BA0C8B">
        <w:t>constituée</w:t>
      </w:r>
      <w:r w:rsidRPr="00BA0C8B">
        <w:t xml:space="preserve"> d'adultes </w:t>
      </w:r>
      <w:proofErr w:type="spellStart"/>
      <w:r w:rsidRPr="00BA0C8B">
        <w:t>debutants</w:t>
      </w:r>
      <w:proofErr w:type="spellEnd"/>
      <w:r w:rsidRPr="00BA0C8B">
        <w:t xml:space="preserve"> en </w:t>
      </w:r>
      <w:proofErr w:type="spellStart"/>
      <w:r w:rsidRPr="00BA0C8B">
        <w:t>callisthenie</w:t>
      </w:r>
      <w:proofErr w:type="spellEnd"/>
      <w:r w:rsidRPr="00BA0C8B">
        <w:t xml:space="preserve">, </w:t>
      </w:r>
      <w:proofErr w:type="spellStart"/>
      <w:r w:rsidRPr="00BA0C8B">
        <w:t>ages</w:t>
      </w:r>
      <w:proofErr w:type="spellEnd"/>
      <w:r w:rsidRPr="00BA0C8B">
        <w:t xml:space="preserve"> de </w:t>
      </w:r>
      <w:r w:rsidR="004462E0" w:rsidRPr="00BA0C8B">
        <w:t>20</w:t>
      </w:r>
      <w:r w:rsidRPr="00BA0C8B">
        <w:t xml:space="preserve"> </w:t>
      </w:r>
      <w:proofErr w:type="spellStart"/>
      <w:proofErr w:type="gramStart"/>
      <w:r w:rsidRPr="00BA0C8B">
        <w:t>a</w:t>
      </w:r>
      <w:proofErr w:type="spellEnd"/>
      <w:proofErr w:type="gramEnd"/>
      <w:r w:rsidRPr="00BA0C8B">
        <w:t xml:space="preserve"> </w:t>
      </w:r>
      <w:r w:rsidR="004462E0" w:rsidRPr="00BA0C8B">
        <w:t>23</w:t>
      </w:r>
      <w:r w:rsidRPr="00BA0C8B">
        <w:t xml:space="preserve"> ans, utilisateurs </w:t>
      </w:r>
      <w:r w:rsidR="008643AF" w:rsidRPr="00BA0C8B">
        <w:t>réguliers</w:t>
      </w:r>
      <w:r w:rsidRPr="00BA0C8B">
        <w:t xml:space="preserve"> du web, sans connaissance approfondie </w:t>
      </w:r>
      <w:r w:rsidR="004462E0" w:rsidRPr="00BA0C8B">
        <w:t xml:space="preserve">sur la </w:t>
      </w:r>
      <w:proofErr w:type="spellStart"/>
      <w:r w:rsidR="004462E0" w:rsidRPr="00BA0C8B">
        <w:t>Callisthenie</w:t>
      </w:r>
      <w:proofErr w:type="spellEnd"/>
      <w:r w:rsidR="004462E0" w:rsidRPr="00BA0C8B">
        <w:t>.</w:t>
      </w:r>
    </w:p>
    <w:tbl>
      <w:tblPr>
        <w:tblStyle w:val="Grilledutableau"/>
        <w:tblW w:w="0" w:type="auto"/>
        <w:jc w:val="center"/>
        <w:tblLook w:val="04A0" w:firstRow="1" w:lastRow="0" w:firstColumn="1" w:lastColumn="0" w:noHBand="0" w:noVBand="1"/>
      </w:tblPr>
      <w:tblGrid>
        <w:gridCol w:w="1520"/>
        <w:gridCol w:w="3839"/>
        <w:gridCol w:w="899"/>
        <w:gridCol w:w="2131"/>
        <w:gridCol w:w="1347"/>
      </w:tblGrid>
      <w:tr w:rsidR="007833F3" w:rsidRPr="00BA0C8B" w14:paraId="597A82E3" w14:textId="77777777">
        <w:trPr>
          <w:jc w:val="center"/>
        </w:trPr>
        <w:tc>
          <w:tcPr>
            <w:tcW w:w="1531" w:type="dxa"/>
            <w:shd w:val="clear" w:color="auto" w:fill="DCE6F1"/>
          </w:tcPr>
          <w:p w14:paraId="5AAC8C43" w14:textId="77777777" w:rsidR="007833F3" w:rsidRPr="00BA0C8B" w:rsidRDefault="00000000">
            <w:pPr>
              <w:spacing w:after="0"/>
            </w:pPr>
            <w:r w:rsidRPr="00BA0C8B">
              <w:rPr>
                <w:b/>
                <w:color w:val="1F4E79"/>
                <w:sz w:val="18"/>
              </w:rPr>
              <w:t>Participant</w:t>
            </w:r>
          </w:p>
        </w:tc>
        <w:tc>
          <w:tcPr>
            <w:tcW w:w="3912" w:type="dxa"/>
            <w:shd w:val="clear" w:color="auto" w:fill="DCE6F1"/>
          </w:tcPr>
          <w:p w14:paraId="288DDC21" w14:textId="77777777" w:rsidR="007833F3" w:rsidRPr="00BA0C8B" w:rsidRDefault="00000000">
            <w:pPr>
              <w:spacing w:after="0"/>
            </w:pPr>
            <w:r w:rsidRPr="00BA0C8B">
              <w:rPr>
                <w:b/>
                <w:color w:val="1F4E79"/>
                <w:sz w:val="18"/>
              </w:rPr>
              <w:t>Profil</w:t>
            </w:r>
          </w:p>
        </w:tc>
        <w:tc>
          <w:tcPr>
            <w:tcW w:w="907" w:type="dxa"/>
            <w:shd w:val="clear" w:color="auto" w:fill="DCE6F1"/>
          </w:tcPr>
          <w:p w14:paraId="6542A624" w14:textId="77777777" w:rsidR="007833F3" w:rsidRPr="00BA0C8B" w:rsidRDefault="00000000">
            <w:pPr>
              <w:spacing w:after="0"/>
            </w:pPr>
            <w:r w:rsidRPr="00BA0C8B">
              <w:rPr>
                <w:b/>
                <w:color w:val="1F4E79"/>
                <w:sz w:val="18"/>
              </w:rPr>
              <w:t>Sexe</w:t>
            </w:r>
          </w:p>
        </w:tc>
        <w:tc>
          <w:tcPr>
            <w:tcW w:w="2154" w:type="dxa"/>
            <w:shd w:val="clear" w:color="auto" w:fill="DCE6F1"/>
          </w:tcPr>
          <w:p w14:paraId="48ECB035" w14:textId="77777777" w:rsidR="007833F3" w:rsidRPr="00BA0C8B" w:rsidRDefault="00000000">
            <w:pPr>
              <w:spacing w:after="0"/>
            </w:pPr>
            <w:r w:rsidRPr="00BA0C8B">
              <w:rPr>
                <w:b/>
                <w:color w:val="1F4E79"/>
                <w:sz w:val="18"/>
              </w:rPr>
              <w:t xml:space="preserve">Aisance </w:t>
            </w:r>
            <w:proofErr w:type="spellStart"/>
            <w:r w:rsidRPr="00BA0C8B">
              <w:rPr>
                <w:b/>
                <w:color w:val="1F4E79"/>
                <w:sz w:val="18"/>
              </w:rPr>
              <w:t>numerique</w:t>
            </w:r>
            <w:proofErr w:type="spellEnd"/>
          </w:p>
        </w:tc>
        <w:tc>
          <w:tcPr>
            <w:tcW w:w="1361" w:type="dxa"/>
            <w:shd w:val="clear" w:color="auto" w:fill="DCE6F1"/>
          </w:tcPr>
          <w:p w14:paraId="3B30C822" w14:textId="77777777" w:rsidR="007833F3" w:rsidRPr="00BA0C8B" w:rsidRDefault="00000000">
            <w:pPr>
              <w:spacing w:after="0"/>
            </w:pPr>
            <w:r w:rsidRPr="00BA0C8B">
              <w:rPr>
                <w:b/>
                <w:color w:val="1F4E79"/>
                <w:sz w:val="18"/>
              </w:rPr>
              <w:t xml:space="preserve">Version </w:t>
            </w:r>
            <w:proofErr w:type="spellStart"/>
            <w:r w:rsidRPr="00BA0C8B">
              <w:rPr>
                <w:b/>
                <w:color w:val="1F4E79"/>
                <w:sz w:val="18"/>
              </w:rPr>
              <w:t>testee</w:t>
            </w:r>
            <w:proofErr w:type="spellEnd"/>
          </w:p>
        </w:tc>
      </w:tr>
      <w:tr w:rsidR="007833F3" w:rsidRPr="00BA0C8B" w14:paraId="485E4EC0" w14:textId="77777777">
        <w:trPr>
          <w:jc w:val="center"/>
        </w:trPr>
        <w:tc>
          <w:tcPr>
            <w:tcW w:w="1531" w:type="dxa"/>
          </w:tcPr>
          <w:p w14:paraId="4BFC23B1" w14:textId="69D4D52D" w:rsidR="007833F3" w:rsidRPr="00BA0C8B" w:rsidRDefault="00000000">
            <w:pPr>
              <w:spacing w:after="0"/>
            </w:pPr>
            <w:r w:rsidRPr="00BA0C8B">
              <w:rPr>
                <w:sz w:val="18"/>
              </w:rPr>
              <w:t xml:space="preserve"> Mehdi</w:t>
            </w:r>
          </w:p>
          <w:p w14:paraId="22F2265A" w14:textId="50307773" w:rsidR="007833F3" w:rsidRPr="00BA0C8B" w:rsidRDefault="00000000">
            <w:pPr>
              <w:spacing w:after="0"/>
            </w:pPr>
            <w:r w:rsidRPr="00BA0C8B">
              <w:rPr>
                <w:sz w:val="18"/>
              </w:rPr>
              <w:t>2</w:t>
            </w:r>
            <w:r w:rsidR="006C3181">
              <w:rPr>
                <w:sz w:val="18"/>
              </w:rPr>
              <w:t>1</w:t>
            </w:r>
            <w:r w:rsidRPr="00BA0C8B">
              <w:rPr>
                <w:sz w:val="18"/>
              </w:rPr>
              <w:t xml:space="preserve"> ans</w:t>
            </w:r>
          </w:p>
        </w:tc>
        <w:tc>
          <w:tcPr>
            <w:tcW w:w="3912" w:type="dxa"/>
          </w:tcPr>
          <w:p w14:paraId="3EB6177F" w14:textId="4F2FE9ED" w:rsidR="007833F3" w:rsidRPr="00BA0C8B" w:rsidRDefault="006C3181">
            <w:pPr>
              <w:spacing w:after="0"/>
            </w:pPr>
            <w:r>
              <w:rPr>
                <w:sz w:val="18"/>
              </w:rPr>
              <w:t>En dernière année d’école de commerce</w:t>
            </w:r>
            <w:r w:rsidR="00000000" w:rsidRPr="00BA0C8B">
              <w:rPr>
                <w:sz w:val="18"/>
              </w:rPr>
              <w:t xml:space="preserve"> </w:t>
            </w:r>
            <w:r>
              <w:rPr>
                <w:sz w:val="18"/>
              </w:rPr>
              <w:t xml:space="preserve">à </w:t>
            </w:r>
            <w:r w:rsidR="00000000" w:rsidRPr="00BA0C8B">
              <w:rPr>
                <w:sz w:val="18"/>
              </w:rPr>
              <w:t>Geneve.</w:t>
            </w:r>
          </w:p>
          <w:p w14:paraId="6AB043F1" w14:textId="698834D9" w:rsidR="007833F3" w:rsidRPr="00BA0C8B" w:rsidRDefault="00000000">
            <w:pPr>
              <w:spacing w:after="0"/>
            </w:pPr>
            <w:r w:rsidRPr="00BA0C8B">
              <w:rPr>
                <w:sz w:val="18"/>
              </w:rPr>
              <w:t xml:space="preserve">Profil novice peu </w:t>
            </w:r>
            <w:r w:rsidR="008643AF" w:rsidRPr="00BA0C8B">
              <w:rPr>
                <w:sz w:val="18"/>
              </w:rPr>
              <w:t>expérimente</w:t>
            </w:r>
            <w:r w:rsidRPr="00BA0C8B">
              <w:rPr>
                <w:sz w:val="18"/>
              </w:rPr>
              <w:t xml:space="preserve"> du public cible.</w:t>
            </w:r>
          </w:p>
        </w:tc>
        <w:tc>
          <w:tcPr>
            <w:tcW w:w="907" w:type="dxa"/>
          </w:tcPr>
          <w:p w14:paraId="072B6878" w14:textId="77777777" w:rsidR="007833F3" w:rsidRPr="00BA0C8B" w:rsidRDefault="00000000">
            <w:pPr>
              <w:spacing w:after="0"/>
            </w:pPr>
            <w:r w:rsidRPr="00BA0C8B">
              <w:rPr>
                <w:sz w:val="18"/>
              </w:rPr>
              <w:t>M</w:t>
            </w:r>
          </w:p>
        </w:tc>
        <w:tc>
          <w:tcPr>
            <w:tcW w:w="2154" w:type="dxa"/>
          </w:tcPr>
          <w:p w14:paraId="275376FF" w14:textId="7A7F0CB8" w:rsidR="007833F3" w:rsidRPr="00BA0C8B" w:rsidRDefault="00000000">
            <w:pPr>
              <w:spacing w:after="0"/>
            </w:pPr>
            <w:r w:rsidRPr="00BA0C8B">
              <w:rPr>
                <w:sz w:val="18"/>
              </w:rPr>
              <w:t xml:space="preserve">Basique a </w:t>
            </w:r>
            <w:r w:rsidR="008643AF" w:rsidRPr="00BA0C8B">
              <w:rPr>
                <w:sz w:val="18"/>
              </w:rPr>
              <w:t>intermédiaire</w:t>
            </w:r>
            <w:r w:rsidRPr="00BA0C8B">
              <w:rPr>
                <w:sz w:val="18"/>
              </w:rPr>
              <w:t>.</w:t>
            </w:r>
          </w:p>
          <w:p w14:paraId="4808DF57" w14:textId="13DC1F02" w:rsidR="007833F3" w:rsidRPr="00BA0C8B" w:rsidRDefault="00000000">
            <w:pPr>
              <w:spacing w:after="0"/>
            </w:pPr>
            <w:r w:rsidRPr="00BA0C8B">
              <w:rPr>
                <w:sz w:val="18"/>
              </w:rPr>
              <w:t xml:space="preserve">Usage </w:t>
            </w:r>
            <w:r w:rsidR="008643AF" w:rsidRPr="00BA0C8B">
              <w:rPr>
                <w:sz w:val="18"/>
              </w:rPr>
              <w:t>plutôt</w:t>
            </w:r>
            <w:r w:rsidRPr="00BA0C8B">
              <w:rPr>
                <w:sz w:val="18"/>
              </w:rPr>
              <w:t xml:space="preserve"> mobile-first.</w:t>
            </w:r>
          </w:p>
        </w:tc>
        <w:tc>
          <w:tcPr>
            <w:tcW w:w="1361" w:type="dxa"/>
          </w:tcPr>
          <w:p w14:paraId="176CEA1E" w14:textId="77777777" w:rsidR="007833F3" w:rsidRPr="00BA0C8B" w:rsidRDefault="00000000">
            <w:pPr>
              <w:spacing w:after="0"/>
            </w:pPr>
            <w:r w:rsidRPr="00BA0C8B">
              <w:rPr>
                <w:sz w:val="18"/>
              </w:rPr>
              <w:t>DARK</w:t>
            </w:r>
          </w:p>
        </w:tc>
      </w:tr>
      <w:tr w:rsidR="007833F3" w:rsidRPr="00BA0C8B" w14:paraId="1F23816B" w14:textId="77777777">
        <w:trPr>
          <w:jc w:val="center"/>
        </w:trPr>
        <w:tc>
          <w:tcPr>
            <w:tcW w:w="1531" w:type="dxa"/>
          </w:tcPr>
          <w:p w14:paraId="64FFEB06" w14:textId="2E9BD90A" w:rsidR="007833F3" w:rsidRPr="00BA0C8B" w:rsidRDefault="00000000">
            <w:pPr>
              <w:spacing w:after="0"/>
            </w:pPr>
            <w:r w:rsidRPr="00BA0C8B">
              <w:rPr>
                <w:sz w:val="18"/>
              </w:rPr>
              <w:t>Ines</w:t>
            </w:r>
          </w:p>
          <w:p w14:paraId="48E825C3" w14:textId="77777777" w:rsidR="007833F3" w:rsidRPr="00BA0C8B" w:rsidRDefault="00000000">
            <w:pPr>
              <w:spacing w:after="0"/>
            </w:pPr>
            <w:r w:rsidRPr="00BA0C8B">
              <w:rPr>
                <w:sz w:val="18"/>
              </w:rPr>
              <w:t>21 ans</w:t>
            </w:r>
          </w:p>
        </w:tc>
        <w:tc>
          <w:tcPr>
            <w:tcW w:w="3912" w:type="dxa"/>
          </w:tcPr>
          <w:p w14:paraId="0CFD88DA" w14:textId="4722F0AB" w:rsidR="007833F3" w:rsidRPr="00BA0C8B" w:rsidRDefault="00000000">
            <w:pPr>
              <w:spacing w:after="0"/>
            </w:pPr>
            <w:r w:rsidRPr="00BA0C8B">
              <w:rPr>
                <w:sz w:val="18"/>
              </w:rPr>
              <w:t>Etudiante en</w:t>
            </w:r>
            <w:r w:rsidR="004462E0" w:rsidRPr="00BA0C8B">
              <w:rPr>
                <w:sz w:val="18"/>
              </w:rPr>
              <w:t xml:space="preserve"> marketing à l’école Crea</w:t>
            </w:r>
            <w:r w:rsidRPr="00BA0C8B">
              <w:rPr>
                <w:sz w:val="18"/>
              </w:rPr>
              <w:t>.</w:t>
            </w:r>
          </w:p>
          <w:p w14:paraId="7577D2F5" w14:textId="2280031B" w:rsidR="007833F3" w:rsidRPr="00BA0C8B" w:rsidRDefault="00000000">
            <w:pPr>
              <w:spacing w:after="0"/>
            </w:pPr>
            <w:r w:rsidRPr="00BA0C8B">
              <w:rPr>
                <w:sz w:val="18"/>
              </w:rPr>
              <w:t>Profil novice.</w:t>
            </w:r>
          </w:p>
        </w:tc>
        <w:tc>
          <w:tcPr>
            <w:tcW w:w="907" w:type="dxa"/>
          </w:tcPr>
          <w:p w14:paraId="10E4F0F3" w14:textId="77777777" w:rsidR="007833F3" w:rsidRPr="00BA0C8B" w:rsidRDefault="00000000">
            <w:pPr>
              <w:spacing w:after="0"/>
            </w:pPr>
            <w:r w:rsidRPr="00BA0C8B">
              <w:rPr>
                <w:sz w:val="18"/>
              </w:rPr>
              <w:t>F</w:t>
            </w:r>
          </w:p>
        </w:tc>
        <w:tc>
          <w:tcPr>
            <w:tcW w:w="2154" w:type="dxa"/>
          </w:tcPr>
          <w:p w14:paraId="39FC5C24" w14:textId="0261773C" w:rsidR="007833F3" w:rsidRPr="00BA0C8B" w:rsidRDefault="008643AF">
            <w:pPr>
              <w:spacing w:after="0"/>
            </w:pPr>
            <w:r w:rsidRPr="00BA0C8B">
              <w:rPr>
                <w:sz w:val="18"/>
              </w:rPr>
              <w:t>Intermédiaire</w:t>
            </w:r>
            <w:r w:rsidR="00000000" w:rsidRPr="00BA0C8B">
              <w:rPr>
                <w:sz w:val="18"/>
              </w:rPr>
              <w:t>.</w:t>
            </w:r>
          </w:p>
        </w:tc>
        <w:tc>
          <w:tcPr>
            <w:tcW w:w="1361" w:type="dxa"/>
          </w:tcPr>
          <w:p w14:paraId="21679DF5" w14:textId="77777777" w:rsidR="007833F3" w:rsidRPr="00BA0C8B" w:rsidRDefault="00000000">
            <w:pPr>
              <w:spacing w:after="0"/>
            </w:pPr>
            <w:r w:rsidRPr="00BA0C8B">
              <w:rPr>
                <w:sz w:val="18"/>
              </w:rPr>
              <w:t>DARK</w:t>
            </w:r>
          </w:p>
        </w:tc>
      </w:tr>
      <w:tr w:rsidR="007833F3" w:rsidRPr="00BA0C8B" w14:paraId="2E547374" w14:textId="77777777">
        <w:trPr>
          <w:jc w:val="center"/>
        </w:trPr>
        <w:tc>
          <w:tcPr>
            <w:tcW w:w="1531" w:type="dxa"/>
          </w:tcPr>
          <w:p w14:paraId="3028AF4D" w14:textId="22BEF952" w:rsidR="007833F3" w:rsidRPr="00BA0C8B" w:rsidRDefault="00000000">
            <w:pPr>
              <w:spacing w:after="0"/>
            </w:pPr>
            <w:r w:rsidRPr="00BA0C8B">
              <w:rPr>
                <w:sz w:val="18"/>
              </w:rPr>
              <w:t>Lucas</w:t>
            </w:r>
          </w:p>
          <w:p w14:paraId="23D9F71D" w14:textId="77777777" w:rsidR="007833F3" w:rsidRPr="00BA0C8B" w:rsidRDefault="00000000">
            <w:pPr>
              <w:spacing w:after="0"/>
            </w:pPr>
            <w:r w:rsidRPr="00BA0C8B">
              <w:rPr>
                <w:sz w:val="18"/>
              </w:rPr>
              <w:t>20 ans</w:t>
            </w:r>
          </w:p>
        </w:tc>
        <w:tc>
          <w:tcPr>
            <w:tcW w:w="3912" w:type="dxa"/>
          </w:tcPr>
          <w:p w14:paraId="7BE9DAB7" w14:textId="77777777" w:rsidR="007833F3" w:rsidRPr="00BA0C8B" w:rsidRDefault="00000000">
            <w:pPr>
              <w:spacing w:after="0"/>
            </w:pPr>
            <w:r w:rsidRPr="00BA0C8B">
              <w:rPr>
                <w:sz w:val="18"/>
              </w:rPr>
              <w:t>Etudiant et footballeur amateur.</w:t>
            </w:r>
          </w:p>
          <w:p w14:paraId="55788DBF" w14:textId="77777777" w:rsidR="007833F3" w:rsidRPr="00BA0C8B" w:rsidRDefault="00000000">
            <w:pPr>
              <w:spacing w:after="0"/>
            </w:pPr>
            <w:r w:rsidRPr="00BA0C8B">
              <w:rPr>
                <w:sz w:val="18"/>
              </w:rPr>
              <w:t xml:space="preserve">Novice total en </w:t>
            </w:r>
            <w:proofErr w:type="spellStart"/>
            <w:r w:rsidRPr="00BA0C8B">
              <w:rPr>
                <w:sz w:val="18"/>
              </w:rPr>
              <w:t>callisthenie</w:t>
            </w:r>
            <w:proofErr w:type="spellEnd"/>
            <w:r w:rsidRPr="00BA0C8B">
              <w:rPr>
                <w:sz w:val="18"/>
              </w:rPr>
              <w:t>.</w:t>
            </w:r>
          </w:p>
        </w:tc>
        <w:tc>
          <w:tcPr>
            <w:tcW w:w="907" w:type="dxa"/>
          </w:tcPr>
          <w:p w14:paraId="0CE2CE8D" w14:textId="77777777" w:rsidR="007833F3" w:rsidRPr="00BA0C8B" w:rsidRDefault="00000000">
            <w:pPr>
              <w:spacing w:after="0"/>
            </w:pPr>
            <w:r w:rsidRPr="00BA0C8B">
              <w:rPr>
                <w:sz w:val="18"/>
              </w:rPr>
              <w:t>M</w:t>
            </w:r>
          </w:p>
        </w:tc>
        <w:tc>
          <w:tcPr>
            <w:tcW w:w="2154" w:type="dxa"/>
          </w:tcPr>
          <w:p w14:paraId="741ABBDB" w14:textId="67D30386" w:rsidR="007833F3" w:rsidRPr="00BA0C8B" w:rsidRDefault="008643AF">
            <w:pPr>
              <w:spacing w:after="0"/>
            </w:pPr>
            <w:r w:rsidRPr="00BA0C8B">
              <w:rPr>
                <w:sz w:val="18"/>
              </w:rPr>
              <w:t>Intermédiaire</w:t>
            </w:r>
            <w:r w:rsidR="00000000" w:rsidRPr="00BA0C8B">
              <w:rPr>
                <w:sz w:val="18"/>
              </w:rPr>
              <w:t xml:space="preserve"> </w:t>
            </w:r>
            <w:r w:rsidR="004462E0" w:rsidRPr="00BA0C8B">
              <w:rPr>
                <w:sz w:val="18"/>
              </w:rPr>
              <w:t xml:space="preserve">(jeux </w:t>
            </w:r>
            <w:r w:rsidRPr="00BA0C8B">
              <w:rPr>
                <w:sz w:val="18"/>
              </w:rPr>
              <w:t>vidéo</w:t>
            </w:r>
            <w:r w:rsidR="004462E0" w:rsidRPr="00BA0C8B">
              <w:rPr>
                <w:sz w:val="18"/>
              </w:rPr>
              <w:t>)</w:t>
            </w:r>
            <w:r w:rsidR="00000000" w:rsidRPr="00BA0C8B">
              <w:rPr>
                <w:sz w:val="18"/>
              </w:rPr>
              <w:t>.</w:t>
            </w:r>
          </w:p>
        </w:tc>
        <w:tc>
          <w:tcPr>
            <w:tcW w:w="1361" w:type="dxa"/>
          </w:tcPr>
          <w:p w14:paraId="40A5A915" w14:textId="181BAE08" w:rsidR="007833F3" w:rsidRPr="00BA0C8B" w:rsidRDefault="004462E0">
            <w:pPr>
              <w:spacing w:after="0"/>
            </w:pPr>
            <w:r w:rsidRPr="00BA0C8B">
              <w:rPr>
                <w:sz w:val="18"/>
              </w:rPr>
              <w:t xml:space="preserve">Dark et </w:t>
            </w:r>
            <w:r w:rsidR="00000000" w:rsidRPr="00BA0C8B">
              <w:rPr>
                <w:sz w:val="18"/>
              </w:rPr>
              <w:t>LIGHT</w:t>
            </w:r>
          </w:p>
        </w:tc>
      </w:tr>
    </w:tbl>
    <w:p w14:paraId="78DE0766" w14:textId="795A3ED6" w:rsidR="007833F3" w:rsidRPr="00BA0C8B" w:rsidRDefault="00000000">
      <w:r w:rsidRPr="00BA0C8B">
        <w:t xml:space="preserve">Les participants ont </w:t>
      </w:r>
      <w:r w:rsidR="006C3181" w:rsidRPr="00BA0C8B">
        <w:t>été</w:t>
      </w:r>
      <w:r w:rsidRPr="00BA0C8B">
        <w:t xml:space="preserve"> recrutes par contact direct dans </w:t>
      </w:r>
      <w:r w:rsidR="00BC7062" w:rsidRPr="00BA0C8B">
        <w:t xml:space="preserve">mon </w:t>
      </w:r>
      <w:r w:rsidR="006C3181" w:rsidRPr="00BA0C8B">
        <w:t>entourage, donc</w:t>
      </w:r>
      <w:r w:rsidR="00BC7062" w:rsidRPr="00BA0C8B">
        <w:t xml:space="preserve"> </w:t>
      </w:r>
      <w:proofErr w:type="gramStart"/>
      <w:r w:rsidR="00BC7062" w:rsidRPr="00BA0C8B">
        <w:t>des novice</w:t>
      </w:r>
      <w:proofErr w:type="gramEnd"/>
      <w:r w:rsidR="00BC7062" w:rsidRPr="00BA0C8B">
        <w:t xml:space="preserve"> de la cal</w:t>
      </w:r>
      <w:r w:rsidR="00BA0C8B" w:rsidRPr="00BA0C8B">
        <w:t>listhénie</w:t>
      </w:r>
    </w:p>
    <w:p w14:paraId="78CEC139" w14:textId="77777777" w:rsidR="007833F3" w:rsidRPr="00BA0C8B" w:rsidRDefault="00000000">
      <w:pPr>
        <w:pStyle w:val="Titre2"/>
      </w:pPr>
      <w:r w:rsidRPr="00BA0C8B">
        <w:t>2.2 Scenario</w:t>
      </w:r>
    </w:p>
    <w:p w14:paraId="2ED79A93" w14:textId="7203A85C" w:rsidR="007833F3" w:rsidRPr="00BA0C8B" w:rsidRDefault="00000000">
      <w:r w:rsidRPr="00BA0C8B">
        <w:rPr>
          <w:b/>
        </w:rPr>
        <w:t xml:space="preserve">Mise en situation : </w:t>
      </w:r>
      <w:r w:rsidRPr="00BA0C8B">
        <w:t xml:space="preserve">"Un ami vous a </w:t>
      </w:r>
      <w:r w:rsidR="008643AF" w:rsidRPr="00BA0C8B">
        <w:t>parlé</w:t>
      </w:r>
      <w:r w:rsidRPr="00BA0C8B">
        <w:t xml:space="preserve"> de la </w:t>
      </w:r>
      <w:proofErr w:type="spellStart"/>
      <w:r w:rsidRPr="00BA0C8B">
        <w:t>callisthenie</w:t>
      </w:r>
      <w:proofErr w:type="spellEnd"/>
      <w:r w:rsidRPr="00BA0C8B">
        <w:t xml:space="preserve">, une discipline sportive qui utilise le poids du corps pour </w:t>
      </w:r>
      <w:r w:rsidR="008643AF" w:rsidRPr="00BA0C8B">
        <w:t>développer</w:t>
      </w:r>
      <w:r w:rsidRPr="00BA0C8B">
        <w:t xml:space="preserve"> la force et la </w:t>
      </w:r>
      <w:r w:rsidR="008643AF" w:rsidRPr="00BA0C8B">
        <w:t>mobilité</w:t>
      </w:r>
      <w:r w:rsidRPr="00BA0C8B">
        <w:t xml:space="preserve">. Vous aimeriez en savoir davantage. Pour ce faire, on vous a </w:t>
      </w:r>
      <w:proofErr w:type="spellStart"/>
      <w:r w:rsidRPr="00BA0C8B">
        <w:lastRenderedPageBreak/>
        <w:t>conseille</w:t>
      </w:r>
      <w:proofErr w:type="spellEnd"/>
      <w:r w:rsidRPr="00BA0C8B">
        <w:t xml:space="preserve"> le site KMS Street </w:t>
      </w:r>
      <w:proofErr w:type="spellStart"/>
      <w:r w:rsidRPr="00BA0C8B">
        <w:t>Workout</w:t>
      </w:r>
      <w:proofErr w:type="spellEnd"/>
      <w:r w:rsidRPr="00BA0C8B">
        <w:t xml:space="preserve">. Vous allez maintenant explorer ce site afin de trouver </w:t>
      </w:r>
      <w:r w:rsidR="008643AF" w:rsidRPr="00BA0C8B">
        <w:t>différentes</w:t>
      </w:r>
      <w:r w:rsidRPr="00BA0C8B">
        <w:t xml:space="preserve"> informations utiles pour </w:t>
      </w:r>
      <w:r w:rsidR="008643AF" w:rsidRPr="00BA0C8B">
        <w:t>débuter</w:t>
      </w:r>
      <w:r w:rsidRPr="00BA0C8B">
        <w:t xml:space="preserve"> cette discipline."</w:t>
      </w:r>
    </w:p>
    <w:p w14:paraId="2051BE6A" w14:textId="77777777" w:rsidR="007833F3" w:rsidRPr="00BA0C8B" w:rsidRDefault="00000000">
      <w:pPr>
        <w:pStyle w:val="Titre3"/>
      </w:pPr>
      <w:r w:rsidRPr="00BA0C8B">
        <w:t xml:space="preserve">Tache 1 - </w:t>
      </w:r>
      <w:proofErr w:type="spellStart"/>
      <w:r w:rsidRPr="00BA0C8B">
        <w:t>Verifier</w:t>
      </w:r>
      <w:proofErr w:type="spellEnd"/>
      <w:r w:rsidRPr="00BA0C8B">
        <w:t xml:space="preserve"> si le sport est praticable gratuitement sans </w:t>
      </w:r>
      <w:proofErr w:type="spellStart"/>
      <w:r w:rsidRPr="00BA0C8B">
        <w:t>equipement</w:t>
      </w:r>
      <w:proofErr w:type="spellEnd"/>
      <w:r w:rsidRPr="00BA0C8B">
        <w:t xml:space="preserve"> payant</w:t>
      </w:r>
    </w:p>
    <w:p w14:paraId="7B02A725" w14:textId="340411B6" w:rsidR="007833F3" w:rsidRPr="00BA0C8B" w:rsidRDefault="00000000">
      <w:r w:rsidRPr="00BA0C8B">
        <w:rPr>
          <w:b/>
        </w:rPr>
        <w:t xml:space="preserve">Justification : </w:t>
      </w:r>
      <w:r w:rsidRPr="00BA0C8B">
        <w:t xml:space="preserve">Cette tache correspond au cas d'usage </w:t>
      </w:r>
      <w:r w:rsidR="008643AF" w:rsidRPr="00BA0C8B">
        <w:t>découvrir</w:t>
      </w:r>
      <w:r w:rsidRPr="00BA0C8B">
        <w:t xml:space="preserve"> si la discipline est accessible </w:t>
      </w:r>
      <w:r w:rsidR="008643AF" w:rsidRPr="00BA0C8B">
        <w:t>financièrement</w:t>
      </w:r>
      <w:r w:rsidRPr="00BA0C8B">
        <w:t xml:space="preserve"> pour un </w:t>
      </w:r>
      <w:r w:rsidR="008643AF" w:rsidRPr="00BA0C8B">
        <w:t>débutant</w:t>
      </w:r>
      <w:r w:rsidRPr="00BA0C8B">
        <w:t xml:space="preserve">. Elle </w:t>
      </w:r>
      <w:r w:rsidR="008643AF" w:rsidRPr="00BA0C8B">
        <w:t>évalue</w:t>
      </w:r>
      <w:r w:rsidRPr="00BA0C8B">
        <w:t xml:space="preserve"> la </w:t>
      </w:r>
      <w:r w:rsidR="008643AF" w:rsidRPr="00BA0C8B">
        <w:t>retrouvable</w:t>
      </w:r>
      <w:r w:rsidRPr="00BA0C8B">
        <w:t xml:space="preserve"> de la section de </w:t>
      </w:r>
      <w:r w:rsidR="008643AF" w:rsidRPr="00BA0C8B">
        <w:t>présentation</w:t>
      </w:r>
      <w:r w:rsidRPr="00BA0C8B">
        <w:t xml:space="preserve"> </w:t>
      </w:r>
      <w:r w:rsidR="008643AF" w:rsidRPr="00BA0C8B">
        <w:t>générale</w:t>
      </w:r>
      <w:r w:rsidRPr="00BA0C8B">
        <w:t xml:space="preserve"> et la </w:t>
      </w:r>
      <w:proofErr w:type="spellStart"/>
      <w:r w:rsidRPr="00BA0C8B">
        <w:t>clarte</w:t>
      </w:r>
      <w:proofErr w:type="spellEnd"/>
      <w:r w:rsidRPr="00BA0C8B">
        <w:t xml:space="preserve"> du message sur l'absence d'</w:t>
      </w:r>
      <w:r w:rsidR="008643AF" w:rsidRPr="00BA0C8B">
        <w:t>équipement</w:t>
      </w:r>
      <w:r w:rsidRPr="00BA0C8B">
        <w:t xml:space="preserve"> payant.</w:t>
      </w:r>
    </w:p>
    <w:p w14:paraId="2FD330F3" w14:textId="7C4FEF88" w:rsidR="007833F3" w:rsidRPr="00BA0C8B" w:rsidRDefault="00000000">
      <w:r w:rsidRPr="00BA0C8B">
        <w:rPr>
          <w:b/>
        </w:rPr>
        <w:t xml:space="preserve">Description : </w:t>
      </w:r>
      <w:r w:rsidRPr="00BA0C8B">
        <w:t xml:space="preserve">Vous aimeriez savoir si ce sport vous correspond. Est-ce qu'on peut pratiquer ce sport gratuitement, sans </w:t>
      </w:r>
      <w:r w:rsidR="008643AF" w:rsidRPr="00BA0C8B">
        <w:t>équipements</w:t>
      </w:r>
      <w:r w:rsidRPr="00BA0C8B">
        <w:t xml:space="preserve"> payants ? Trouvez cette information.</w:t>
      </w:r>
    </w:p>
    <w:p w14:paraId="5409B384" w14:textId="77777777" w:rsidR="007833F3" w:rsidRPr="00BA0C8B" w:rsidRDefault="00000000">
      <w:r w:rsidRPr="00BA0C8B">
        <w:rPr>
          <w:b/>
        </w:rPr>
        <w:t xml:space="preserve">Solution optimale : </w:t>
      </w:r>
      <w:r w:rsidRPr="00BA0C8B">
        <w:t xml:space="preserve">Accueil -&gt; </w:t>
      </w:r>
      <w:proofErr w:type="spellStart"/>
      <w:r w:rsidRPr="00BA0C8B">
        <w:t>Decouvrir</w:t>
      </w:r>
      <w:proofErr w:type="spellEnd"/>
      <w:r w:rsidRPr="00BA0C8B">
        <w:t xml:space="preserve"> -&gt; Vue d'ensemble.</w:t>
      </w:r>
    </w:p>
    <w:p w14:paraId="1338B59C" w14:textId="77777777" w:rsidR="007833F3" w:rsidRPr="00BA0C8B" w:rsidRDefault="00000000">
      <w:pPr>
        <w:pStyle w:val="Titre3"/>
      </w:pPr>
      <w:r w:rsidRPr="00BA0C8B">
        <w:t xml:space="preserve">Tache 2 - Trouver les </w:t>
      </w:r>
      <w:proofErr w:type="spellStart"/>
      <w:r w:rsidRPr="00BA0C8B">
        <w:t>etapes</w:t>
      </w:r>
      <w:proofErr w:type="spellEnd"/>
      <w:r w:rsidRPr="00BA0C8B">
        <w:t xml:space="preserve"> importantes pour commencer </w:t>
      </w:r>
      <w:proofErr w:type="spellStart"/>
      <w:proofErr w:type="gramStart"/>
      <w:r w:rsidRPr="00BA0C8B">
        <w:t>a</w:t>
      </w:r>
      <w:proofErr w:type="spellEnd"/>
      <w:proofErr w:type="gramEnd"/>
      <w:r w:rsidRPr="00BA0C8B">
        <w:t xml:space="preserve"> s'entrainer chez soi</w:t>
      </w:r>
    </w:p>
    <w:p w14:paraId="019BCF4F" w14:textId="1BBD05F3" w:rsidR="007833F3" w:rsidRPr="00BA0C8B" w:rsidRDefault="00000000">
      <w:r w:rsidRPr="00BA0C8B">
        <w:rPr>
          <w:b/>
        </w:rPr>
        <w:t xml:space="preserve">Justification : </w:t>
      </w:r>
      <w:r w:rsidRPr="00BA0C8B">
        <w:t xml:space="preserve">Cette tache correspond au cas d'usage </w:t>
      </w:r>
      <w:r w:rsidR="008643AF" w:rsidRPr="00BA0C8B">
        <w:t>débuter</w:t>
      </w:r>
      <w:r w:rsidRPr="00BA0C8B">
        <w:t xml:space="preserve"> une pratique </w:t>
      </w:r>
      <w:proofErr w:type="spellStart"/>
      <w:r w:rsidRPr="00BA0C8B">
        <w:t>a</w:t>
      </w:r>
      <w:proofErr w:type="spellEnd"/>
      <w:r w:rsidRPr="00BA0C8B">
        <w:t xml:space="preserve"> domicile de </w:t>
      </w:r>
      <w:r w:rsidR="008643AF" w:rsidRPr="00BA0C8B">
        <w:t>manière</w:t>
      </w:r>
      <w:r w:rsidRPr="00BA0C8B">
        <w:t xml:space="preserve"> </w:t>
      </w:r>
      <w:r w:rsidR="008643AF" w:rsidRPr="00BA0C8B">
        <w:t>structurée</w:t>
      </w:r>
      <w:r w:rsidRPr="00BA0C8B">
        <w:t xml:space="preserve">. Elle </w:t>
      </w:r>
      <w:r w:rsidR="008643AF" w:rsidRPr="00BA0C8B">
        <w:t>évalue</w:t>
      </w:r>
      <w:r w:rsidRPr="00BA0C8B">
        <w:t xml:space="preserve"> la capacite de l'architecture d'information </w:t>
      </w:r>
      <w:proofErr w:type="spellStart"/>
      <w:proofErr w:type="gramStart"/>
      <w:r w:rsidRPr="00BA0C8B">
        <w:t>a</w:t>
      </w:r>
      <w:proofErr w:type="spellEnd"/>
      <w:proofErr w:type="gramEnd"/>
      <w:r w:rsidRPr="00BA0C8B">
        <w:t xml:space="preserve"> guider l'utilisateur vers le guide en 5 </w:t>
      </w:r>
      <w:r w:rsidR="008643AF" w:rsidRPr="00BA0C8B">
        <w:t>étapes</w:t>
      </w:r>
      <w:r w:rsidRPr="00BA0C8B">
        <w:t xml:space="preserve">, et non vers la page </w:t>
      </w:r>
      <w:r w:rsidR="008643AF" w:rsidRPr="00BA0C8B">
        <w:t>Séance</w:t>
      </w:r>
      <w:r w:rsidRPr="00BA0C8B">
        <w:t xml:space="preserve"> </w:t>
      </w:r>
      <w:proofErr w:type="spellStart"/>
      <w:r w:rsidRPr="00BA0C8B">
        <w:t>a</w:t>
      </w:r>
      <w:proofErr w:type="spellEnd"/>
      <w:r w:rsidRPr="00BA0C8B">
        <w:t xml:space="preserve"> domicile.</w:t>
      </w:r>
    </w:p>
    <w:p w14:paraId="516CAE90" w14:textId="58297419" w:rsidR="007833F3" w:rsidRPr="00BA0C8B" w:rsidRDefault="00000000">
      <w:r w:rsidRPr="00BA0C8B">
        <w:rPr>
          <w:b/>
        </w:rPr>
        <w:t xml:space="preserve">Description : </w:t>
      </w:r>
      <w:r w:rsidRPr="00BA0C8B">
        <w:t xml:space="preserve">Vous souhaitez commencer </w:t>
      </w:r>
      <w:proofErr w:type="spellStart"/>
      <w:proofErr w:type="gramStart"/>
      <w:r w:rsidRPr="00BA0C8B">
        <w:t>a</w:t>
      </w:r>
      <w:proofErr w:type="spellEnd"/>
      <w:proofErr w:type="gramEnd"/>
      <w:r w:rsidRPr="00BA0C8B">
        <w:t xml:space="preserve"> vous entrainer chez vous. Quelles sont les </w:t>
      </w:r>
      <w:r w:rsidR="008643AF" w:rsidRPr="00BA0C8B">
        <w:t>étapes</w:t>
      </w:r>
      <w:r w:rsidRPr="00BA0C8B">
        <w:t xml:space="preserve"> importantes </w:t>
      </w:r>
      <w:proofErr w:type="spellStart"/>
      <w:proofErr w:type="gramStart"/>
      <w:r w:rsidRPr="00BA0C8B">
        <w:t>a</w:t>
      </w:r>
      <w:proofErr w:type="spellEnd"/>
      <w:proofErr w:type="gramEnd"/>
      <w:r w:rsidRPr="00BA0C8B">
        <w:t xml:space="preserve"> suivre ? Trouvez cette information.</w:t>
      </w:r>
    </w:p>
    <w:p w14:paraId="5171B23D" w14:textId="7CFC3D3A" w:rsidR="007833F3" w:rsidRPr="00BA0C8B" w:rsidRDefault="00000000">
      <w:r w:rsidRPr="00BA0C8B">
        <w:rPr>
          <w:b/>
        </w:rPr>
        <w:t xml:space="preserve">Solution optimale : </w:t>
      </w:r>
      <w:r w:rsidRPr="00BA0C8B">
        <w:t xml:space="preserve">Accueil -&gt; </w:t>
      </w:r>
      <w:r w:rsidR="008643AF" w:rsidRPr="00BA0C8B">
        <w:t>Découvrir</w:t>
      </w:r>
      <w:r w:rsidRPr="00BA0C8B">
        <w:t xml:space="preserve"> -&gt; Guide </w:t>
      </w:r>
      <w:r w:rsidR="008643AF" w:rsidRPr="00BA0C8B">
        <w:t>première</w:t>
      </w:r>
      <w:r w:rsidRPr="00BA0C8B">
        <w:t xml:space="preserve"> </w:t>
      </w:r>
      <w:r w:rsidR="008643AF" w:rsidRPr="00BA0C8B">
        <w:t>séance</w:t>
      </w:r>
      <w:r w:rsidRPr="00BA0C8B">
        <w:t xml:space="preserve"> -&gt; </w:t>
      </w:r>
      <w:r w:rsidR="008643AF" w:rsidRPr="00BA0C8B">
        <w:t>étapes</w:t>
      </w:r>
      <w:r w:rsidRPr="00BA0C8B">
        <w:t xml:space="preserve"> 1 </w:t>
      </w:r>
      <w:proofErr w:type="spellStart"/>
      <w:proofErr w:type="gramStart"/>
      <w:r w:rsidRPr="00BA0C8B">
        <w:t>a</w:t>
      </w:r>
      <w:proofErr w:type="spellEnd"/>
      <w:proofErr w:type="gramEnd"/>
      <w:r w:rsidRPr="00BA0C8B">
        <w:t xml:space="preserve"> 5.</w:t>
      </w:r>
    </w:p>
    <w:p w14:paraId="11CFB0FE" w14:textId="77777777" w:rsidR="007833F3" w:rsidRPr="00BA0C8B" w:rsidRDefault="00000000">
      <w:pPr>
        <w:pStyle w:val="Titre3"/>
      </w:pPr>
      <w:r w:rsidRPr="00BA0C8B">
        <w:t xml:space="preserve">Tache 3 - Trouver un coach adapte pour </w:t>
      </w:r>
      <w:proofErr w:type="spellStart"/>
      <w:r w:rsidRPr="00BA0C8B">
        <w:t>debuter</w:t>
      </w:r>
      <w:proofErr w:type="spellEnd"/>
      <w:r w:rsidRPr="00BA0C8B">
        <w:t xml:space="preserve"> des entrainements de force</w:t>
      </w:r>
    </w:p>
    <w:p w14:paraId="67C5CA27" w14:textId="4B15789D" w:rsidR="007833F3" w:rsidRPr="00BA0C8B" w:rsidRDefault="00000000">
      <w:r w:rsidRPr="00BA0C8B">
        <w:rPr>
          <w:b/>
        </w:rPr>
        <w:t xml:space="preserve">Justification : </w:t>
      </w:r>
      <w:r w:rsidRPr="00BA0C8B">
        <w:t xml:space="preserve">Cette tache correspond au cas d'usage </w:t>
      </w:r>
      <w:r w:rsidR="008643AF" w:rsidRPr="00BA0C8B">
        <w:t>être</w:t>
      </w:r>
      <w:r w:rsidRPr="00BA0C8B">
        <w:t xml:space="preserve"> accompagne par un coach </w:t>
      </w:r>
      <w:r w:rsidR="008643AF" w:rsidRPr="00BA0C8B">
        <w:t>spécialise</w:t>
      </w:r>
      <w:r w:rsidRPr="00BA0C8B">
        <w:t xml:space="preserve">. Elle </w:t>
      </w:r>
      <w:r w:rsidR="008643AF" w:rsidRPr="00BA0C8B">
        <w:t>évalue</w:t>
      </w:r>
      <w:r w:rsidRPr="00BA0C8B">
        <w:t xml:space="preserve"> la </w:t>
      </w:r>
      <w:r w:rsidR="008643AF" w:rsidRPr="00BA0C8B">
        <w:t>compréhension</w:t>
      </w:r>
      <w:r w:rsidRPr="00BA0C8B">
        <w:t xml:space="preserve"> de l'</w:t>
      </w:r>
      <w:r w:rsidR="008643AF" w:rsidRPr="00BA0C8B">
        <w:t>entrée</w:t>
      </w:r>
      <w:r w:rsidRPr="00BA0C8B">
        <w:t xml:space="preserve"> vers le coaching et la capacite </w:t>
      </w:r>
      <w:proofErr w:type="spellStart"/>
      <w:proofErr w:type="gramStart"/>
      <w:r w:rsidRPr="00BA0C8B">
        <w:t>a</w:t>
      </w:r>
      <w:proofErr w:type="spellEnd"/>
      <w:proofErr w:type="gramEnd"/>
      <w:r w:rsidRPr="00BA0C8B">
        <w:t xml:space="preserve"> choisir le bon profil parmi les options </w:t>
      </w:r>
      <w:r w:rsidR="008643AF" w:rsidRPr="00BA0C8B">
        <w:t>proposées</w:t>
      </w:r>
      <w:r w:rsidRPr="00BA0C8B">
        <w:t>.</w:t>
      </w:r>
    </w:p>
    <w:p w14:paraId="29E917C1" w14:textId="360C7909" w:rsidR="007833F3" w:rsidRPr="00BA0C8B" w:rsidRDefault="00000000">
      <w:r w:rsidRPr="00BA0C8B">
        <w:rPr>
          <w:b/>
        </w:rPr>
        <w:t xml:space="preserve">Description : </w:t>
      </w:r>
      <w:r w:rsidRPr="00BA0C8B">
        <w:t xml:space="preserve">Vous avez entendu parler du domaine de la force et vous voulez </w:t>
      </w:r>
      <w:r w:rsidR="008643AF" w:rsidRPr="00BA0C8B">
        <w:t>débuter</w:t>
      </w:r>
      <w:r w:rsidRPr="00BA0C8B">
        <w:t xml:space="preserve"> des entrainements de force avec un coach. Trouvez un coach adapte qui peut vous accompagner dans ce domaine.</w:t>
      </w:r>
    </w:p>
    <w:p w14:paraId="6E411BEE" w14:textId="75677D4D" w:rsidR="007833F3" w:rsidRPr="00BA0C8B" w:rsidRDefault="00000000">
      <w:r w:rsidRPr="00BA0C8B">
        <w:rPr>
          <w:b/>
        </w:rPr>
        <w:t xml:space="preserve">Solution optimale : </w:t>
      </w:r>
      <w:r w:rsidRPr="00BA0C8B">
        <w:t xml:space="preserve">Accueil -&gt; </w:t>
      </w:r>
      <w:r w:rsidR="008643AF" w:rsidRPr="00BA0C8B">
        <w:t>Réserver</w:t>
      </w:r>
      <w:r w:rsidRPr="00BA0C8B">
        <w:t xml:space="preserve"> un appel -&gt; choisir Mubarez (Force &amp; Figures statiques).</w:t>
      </w:r>
    </w:p>
    <w:p w14:paraId="52D96AFA" w14:textId="6D1598EC" w:rsidR="007833F3" w:rsidRPr="00BA0C8B" w:rsidRDefault="00000000">
      <w:pPr>
        <w:pStyle w:val="Titre3"/>
      </w:pPr>
      <w:r w:rsidRPr="00BA0C8B">
        <w:t xml:space="preserve">Tache 4 - Savoir </w:t>
      </w:r>
      <w:r w:rsidR="008643AF" w:rsidRPr="00BA0C8B">
        <w:t>après</w:t>
      </w:r>
      <w:r w:rsidRPr="00BA0C8B">
        <w:t xml:space="preserve"> combien de temps un niveau avanc</w:t>
      </w:r>
      <w:r w:rsidR="00BA0C8B" w:rsidRPr="00BA0C8B">
        <w:t>é</w:t>
      </w:r>
      <w:r w:rsidRPr="00BA0C8B">
        <w:t xml:space="preserve"> peut </w:t>
      </w:r>
      <w:proofErr w:type="spellStart"/>
      <w:r w:rsidRPr="00BA0C8B">
        <w:t>etre</w:t>
      </w:r>
      <w:proofErr w:type="spellEnd"/>
      <w:r w:rsidRPr="00BA0C8B">
        <w:t xml:space="preserve"> atteint</w:t>
      </w:r>
    </w:p>
    <w:p w14:paraId="79E9D9D9" w14:textId="675D4D79" w:rsidR="007833F3" w:rsidRPr="00BA0C8B" w:rsidRDefault="00000000">
      <w:r w:rsidRPr="00BA0C8B">
        <w:rPr>
          <w:b/>
        </w:rPr>
        <w:t xml:space="preserve">Justification : </w:t>
      </w:r>
      <w:r w:rsidRPr="00BA0C8B">
        <w:t xml:space="preserve">Cette tache correspond au cas d'usage se projeter dans une progression sportive. Elle </w:t>
      </w:r>
      <w:r w:rsidR="008643AF" w:rsidRPr="00BA0C8B">
        <w:t>évalue</w:t>
      </w:r>
      <w:r w:rsidRPr="00BA0C8B">
        <w:t xml:space="preserve"> la </w:t>
      </w:r>
      <w:proofErr w:type="spellStart"/>
      <w:r w:rsidRPr="00BA0C8B">
        <w:t>retrouvabilite</w:t>
      </w:r>
      <w:proofErr w:type="spellEnd"/>
      <w:r w:rsidRPr="00BA0C8B">
        <w:t xml:space="preserve"> de la section Progression et la </w:t>
      </w:r>
      <w:r w:rsidR="008643AF" w:rsidRPr="00BA0C8B">
        <w:t>lisibilité</w:t>
      </w:r>
      <w:r w:rsidRPr="00BA0C8B">
        <w:t xml:space="preserve"> du tableau des niveaux.</w:t>
      </w:r>
    </w:p>
    <w:p w14:paraId="1B5762A7" w14:textId="77777777" w:rsidR="007833F3" w:rsidRPr="00BA0C8B" w:rsidRDefault="00000000">
      <w:r w:rsidRPr="00BA0C8B">
        <w:rPr>
          <w:b/>
        </w:rPr>
        <w:t xml:space="preserve">Description : </w:t>
      </w:r>
      <w:r w:rsidRPr="00BA0C8B">
        <w:t xml:space="preserve">Vous souhaitez savoir </w:t>
      </w:r>
      <w:proofErr w:type="spellStart"/>
      <w:r w:rsidRPr="00BA0C8B">
        <w:t>apres</w:t>
      </w:r>
      <w:proofErr w:type="spellEnd"/>
      <w:r w:rsidRPr="00BA0C8B">
        <w:t xml:space="preserve"> combien de temps vous pourriez avoir un niveau avance. Trouvez cette information.</w:t>
      </w:r>
    </w:p>
    <w:p w14:paraId="02706E39" w14:textId="77777777" w:rsidR="007833F3" w:rsidRPr="00BA0C8B" w:rsidRDefault="00000000">
      <w:r w:rsidRPr="00BA0C8B">
        <w:rPr>
          <w:b/>
        </w:rPr>
        <w:t xml:space="preserve">Solution optimale : </w:t>
      </w:r>
      <w:r w:rsidRPr="00BA0C8B">
        <w:t>Accueil -&gt; Progression -&gt; Vue d'ensemble -&gt; tableau des niveaux (Avance = 12+ mois).</w:t>
      </w:r>
    </w:p>
    <w:p w14:paraId="2E41341C" w14:textId="72E33026" w:rsidR="007833F3" w:rsidRPr="00BA0C8B" w:rsidRDefault="00000000">
      <w:pPr>
        <w:pStyle w:val="Titre3"/>
      </w:pPr>
      <w:r w:rsidRPr="00BA0C8B">
        <w:t>Tache 5 - Lire les retours d'</w:t>
      </w:r>
      <w:r w:rsidR="008643AF" w:rsidRPr="00BA0C8B">
        <w:t>expériences</w:t>
      </w:r>
      <w:r w:rsidRPr="00BA0C8B">
        <w:t xml:space="preserve"> des membres sur leurs </w:t>
      </w:r>
      <w:proofErr w:type="spellStart"/>
      <w:r w:rsidRPr="00BA0C8B">
        <w:t>progres</w:t>
      </w:r>
      <w:proofErr w:type="spellEnd"/>
    </w:p>
    <w:p w14:paraId="1678E0E1" w14:textId="0F53FC22" w:rsidR="007833F3" w:rsidRPr="00BA0C8B" w:rsidRDefault="00000000">
      <w:r w:rsidRPr="00BA0C8B">
        <w:rPr>
          <w:b/>
        </w:rPr>
        <w:t xml:space="preserve">Justification : </w:t>
      </w:r>
      <w:r w:rsidRPr="00BA0C8B">
        <w:t xml:space="preserve">Cette tache correspond au cas d'usage chercher une </w:t>
      </w:r>
      <w:r w:rsidR="008643AF" w:rsidRPr="00BA0C8B">
        <w:t>réassurance</w:t>
      </w:r>
      <w:r w:rsidRPr="00BA0C8B">
        <w:t xml:space="preserve"> sociale avant de s'engager. Elle </w:t>
      </w:r>
      <w:r w:rsidR="008643AF" w:rsidRPr="00BA0C8B">
        <w:t>évalue</w:t>
      </w:r>
      <w:r w:rsidRPr="00BA0C8B">
        <w:t xml:space="preserve"> la </w:t>
      </w:r>
      <w:proofErr w:type="spellStart"/>
      <w:r w:rsidRPr="00BA0C8B">
        <w:t>retrouvabilite</w:t>
      </w:r>
      <w:proofErr w:type="spellEnd"/>
      <w:r w:rsidRPr="00BA0C8B">
        <w:t xml:space="preserve"> des </w:t>
      </w:r>
      <w:r w:rsidR="008643AF" w:rsidRPr="00BA0C8B">
        <w:t>témoignages</w:t>
      </w:r>
      <w:r w:rsidRPr="00BA0C8B">
        <w:t xml:space="preserve"> et la pertinence de leur regroupement sous Motivation / </w:t>
      </w:r>
      <w:r w:rsidR="008643AF" w:rsidRPr="00BA0C8B">
        <w:t>Bien-être</w:t>
      </w:r>
      <w:r w:rsidRPr="00BA0C8B">
        <w:t>.</w:t>
      </w:r>
    </w:p>
    <w:p w14:paraId="3657E5E4" w14:textId="058EE4E1" w:rsidR="007833F3" w:rsidRPr="00BA0C8B" w:rsidRDefault="00000000">
      <w:r w:rsidRPr="00BA0C8B">
        <w:rPr>
          <w:b/>
        </w:rPr>
        <w:t xml:space="preserve">Description : </w:t>
      </w:r>
      <w:r w:rsidRPr="00BA0C8B">
        <w:t>Apres avoir explor</w:t>
      </w:r>
      <w:r w:rsidR="00BA0C8B" w:rsidRPr="00BA0C8B">
        <w:t>é</w:t>
      </w:r>
      <w:r w:rsidRPr="00BA0C8B">
        <w:t xml:space="preserve"> le site, vous souhaitez lire les retours sur </w:t>
      </w:r>
      <w:r w:rsidR="008643AF" w:rsidRPr="00BA0C8B">
        <w:t>expérience</w:t>
      </w:r>
      <w:r w:rsidRPr="00BA0C8B">
        <w:t xml:space="preserve"> des gens avec KMS, notamment sur leurs </w:t>
      </w:r>
      <w:r w:rsidR="008643AF" w:rsidRPr="00BA0C8B">
        <w:t>progrès</w:t>
      </w:r>
      <w:r w:rsidRPr="00BA0C8B">
        <w:t>. Que disent-ils ?</w:t>
      </w:r>
    </w:p>
    <w:p w14:paraId="651B209C" w14:textId="7A5706BA" w:rsidR="007833F3" w:rsidRPr="00BA0C8B" w:rsidRDefault="00000000">
      <w:r w:rsidRPr="00BA0C8B">
        <w:rPr>
          <w:b/>
        </w:rPr>
        <w:t xml:space="preserve">Solution optimale : </w:t>
      </w:r>
      <w:r w:rsidRPr="00BA0C8B">
        <w:t xml:space="preserve">Accueil -&gt; Motivation / </w:t>
      </w:r>
      <w:r w:rsidR="008643AF" w:rsidRPr="00BA0C8B">
        <w:t>Bien-être</w:t>
      </w:r>
      <w:r w:rsidRPr="00BA0C8B">
        <w:t xml:space="preserve"> -&gt; </w:t>
      </w:r>
      <w:r w:rsidR="008643AF" w:rsidRPr="00BA0C8B">
        <w:t>Témoignage</w:t>
      </w:r>
      <w:r w:rsidRPr="00BA0C8B">
        <w:t>.</w:t>
      </w:r>
    </w:p>
    <w:p w14:paraId="5CBEF722" w14:textId="2D7D5E9C" w:rsidR="007833F3" w:rsidRPr="00BA0C8B" w:rsidRDefault="00000000">
      <w:r w:rsidRPr="00BA0C8B">
        <w:t xml:space="preserve">Les cinq taches ont </w:t>
      </w:r>
      <w:r w:rsidR="008643AF" w:rsidRPr="00BA0C8B">
        <w:t>été</w:t>
      </w:r>
      <w:r w:rsidRPr="00BA0C8B">
        <w:t xml:space="preserve"> </w:t>
      </w:r>
      <w:r w:rsidR="008643AF" w:rsidRPr="00BA0C8B">
        <w:t>réalisées</w:t>
      </w:r>
      <w:r w:rsidRPr="00BA0C8B">
        <w:t xml:space="preserve"> dans le </w:t>
      </w:r>
      <w:r w:rsidR="00BA0C8B" w:rsidRPr="00BA0C8B">
        <w:t>même</w:t>
      </w:r>
      <w:r w:rsidRPr="00BA0C8B">
        <w:t xml:space="preserve"> ordre pour chaque participant, avec retour </w:t>
      </w:r>
      <w:r w:rsidR="00BA0C8B" w:rsidRPr="00BA0C8B">
        <w:t>à</w:t>
      </w:r>
      <w:r w:rsidRPr="00BA0C8B">
        <w:t xml:space="preserve"> la page d'accueil entre chaque scenario. Une phase d'exploration libre de deux minutes a ensuite </w:t>
      </w:r>
      <w:r w:rsidR="008643AF" w:rsidRPr="00BA0C8B">
        <w:t>complété</w:t>
      </w:r>
      <w:r w:rsidRPr="00BA0C8B">
        <w:t xml:space="preserve"> la passation.</w:t>
      </w:r>
    </w:p>
    <w:p w14:paraId="251BB3DC" w14:textId="77777777" w:rsidR="007833F3" w:rsidRPr="00BA0C8B" w:rsidRDefault="00000000">
      <w:pPr>
        <w:pStyle w:val="Titre2"/>
      </w:pPr>
      <w:r w:rsidRPr="00BA0C8B">
        <w:t>2.3 Maquette</w:t>
      </w:r>
    </w:p>
    <w:p w14:paraId="32CFD6F7" w14:textId="79710655" w:rsidR="007833F3" w:rsidRPr="00BA0C8B" w:rsidRDefault="00BA0C8B">
      <w:r>
        <w:rPr>
          <w:b/>
        </w:rPr>
        <w:t>KMS</w:t>
      </w:r>
      <w:r w:rsidR="00000000" w:rsidRPr="00BA0C8B">
        <w:rPr>
          <w:b/>
        </w:rPr>
        <w:t xml:space="preserve"> : </w:t>
      </w:r>
      <w:hyperlink r:id="rId8">
        <w:r w:rsidR="00000000" w:rsidRPr="00BA0C8B">
          <w:rPr>
            <w:color w:val="0563C1"/>
            <w:u w:val="single"/>
          </w:rPr>
          <w:t xml:space="preserve">prototype </w:t>
        </w:r>
        <w:proofErr w:type="spellStart"/>
        <w:r w:rsidR="00000000" w:rsidRPr="00BA0C8B">
          <w:rPr>
            <w:color w:val="0563C1"/>
            <w:u w:val="single"/>
          </w:rPr>
          <w:t>Figma</w:t>
        </w:r>
        <w:proofErr w:type="spellEnd"/>
        <w:r w:rsidR="00000000" w:rsidRPr="00BA0C8B">
          <w:rPr>
            <w:color w:val="0563C1"/>
            <w:u w:val="single"/>
          </w:rPr>
          <w:t xml:space="preserve"> </w:t>
        </w:r>
        <w:r w:rsidR="00000000" w:rsidRPr="00BA0C8B">
          <w:rPr>
            <w:color w:val="0563C1"/>
            <w:u w:val="single"/>
          </w:rPr>
          <w:t>DARK</w:t>
        </w:r>
      </w:hyperlink>
    </w:p>
    <w:p w14:paraId="5FF0C79A" w14:textId="7DC58970" w:rsidR="007833F3" w:rsidRPr="00BA0C8B" w:rsidRDefault="00000000">
      <w:r w:rsidRPr="00BA0C8B">
        <w:t xml:space="preserve">Les pages </w:t>
      </w:r>
      <w:r w:rsidR="00BA0C8B" w:rsidRPr="00BA0C8B">
        <w:t>sollicitées</w:t>
      </w:r>
      <w:r w:rsidRPr="00BA0C8B">
        <w:t xml:space="preserve"> par le scenario sont : Accueil, Vue d'ensemble, Guide </w:t>
      </w:r>
      <w:r w:rsidR="00BA0C8B" w:rsidRPr="00BA0C8B">
        <w:t>première</w:t>
      </w:r>
      <w:r w:rsidRPr="00BA0C8B">
        <w:t xml:space="preserve"> </w:t>
      </w:r>
      <w:r w:rsidR="00BA0C8B" w:rsidRPr="00BA0C8B">
        <w:t>séance</w:t>
      </w:r>
      <w:r w:rsidRPr="00BA0C8B">
        <w:t xml:space="preserve">, </w:t>
      </w:r>
      <w:r w:rsidR="00BA0C8B" w:rsidRPr="00BA0C8B">
        <w:t>Réserver</w:t>
      </w:r>
      <w:r w:rsidRPr="00BA0C8B">
        <w:t xml:space="preserve"> un appel, Progression -&gt; Vue d'ensemble et Motivation / </w:t>
      </w:r>
      <w:r w:rsidR="00BA0C8B" w:rsidRPr="00BA0C8B">
        <w:t>Bien-être</w:t>
      </w:r>
      <w:r w:rsidRPr="00BA0C8B">
        <w:t xml:space="preserve"> -&gt; </w:t>
      </w:r>
      <w:r w:rsidR="00BA0C8B" w:rsidRPr="00BA0C8B">
        <w:t>Témoignage</w:t>
      </w:r>
      <w:r w:rsidRPr="00BA0C8B">
        <w:t>.</w:t>
      </w:r>
    </w:p>
    <w:p w14:paraId="33264A8B" w14:textId="77777777" w:rsidR="007833F3" w:rsidRPr="00BA0C8B" w:rsidRDefault="00000000">
      <w:pPr>
        <w:pStyle w:val="Titre2"/>
      </w:pPr>
      <w:r w:rsidRPr="00BA0C8B">
        <w:t>2.4 Protocole de passation</w:t>
      </w:r>
    </w:p>
    <w:p w14:paraId="5F068A0A" w14:textId="77777777" w:rsidR="007833F3" w:rsidRPr="00BA0C8B" w:rsidRDefault="00000000">
      <w:pPr>
        <w:pStyle w:val="Titre3"/>
      </w:pPr>
      <w:proofErr w:type="spellStart"/>
      <w:r w:rsidRPr="00BA0C8B">
        <w:t>Deroulement</w:t>
      </w:r>
      <w:proofErr w:type="spellEnd"/>
      <w:r w:rsidRPr="00BA0C8B">
        <w:t xml:space="preserve"> </w:t>
      </w:r>
      <w:proofErr w:type="spellStart"/>
      <w:r w:rsidRPr="00BA0C8B">
        <w:t>general</w:t>
      </w:r>
      <w:proofErr w:type="spellEnd"/>
    </w:p>
    <w:p w14:paraId="18EA8FC8" w14:textId="2C16CAC9" w:rsidR="007833F3" w:rsidRPr="00BA0C8B" w:rsidRDefault="00000000">
      <w:pPr>
        <w:pStyle w:val="Listepuces"/>
      </w:pPr>
      <w:r w:rsidRPr="00BA0C8B">
        <w:t xml:space="preserve">Chaque session s'est </w:t>
      </w:r>
      <w:r w:rsidR="00BA0C8B" w:rsidRPr="00BA0C8B">
        <w:t>déroulée</w:t>
      </w:r>
      <w:r w:rsidRPr="00BA0C8B">
        <w:t xml:space="preserve"> en </w:t>
      </w:r>
      <w:r w:rsidR="00BA0C8B" w:rsidRPr="00BA0C8B">
        <w:t>présentiel</w:t>
      </w:r>
      <w:r w:rsidRPr="00BA0C8B">
        <w:t xml:space="preserve"> sur un ordinateur </w:t>
      </w:r>
      <w:r w:rsidR="00BA0C8B" w:rsidRPr="00BA0C8B">
        <w:t>portable,</w:t>
      </w:r>
      <w:r w:rsidRPr="00BA0C8B">
        <w:t xml:space="preserve"> dans un environnement calme.</w:t>
      </w:r>
    </w:p>
    <w:p w14:paraId="799A9F94" w14:textId="054FB940" w:rsidR="007833F3" w:rsidRPr="00BA0C8B" w:rsidRDefault="00000000">
      <w:pPr>
        <w:pStyle w:val="Listepuces"/>
      </w:pPr>
      <w:r w:rsidRPr="00BA0C8B">
        <w:t xml:space="preserve">Le participant </w:t>
      </w:r>
      <w:r w:rsidR="00BA0C8B" w:rsidRPr="00BA0C8B">
        <w:t>était</w:t>
      </w:r>
      <w:r w:rsidRPr="00BA0C8B">
        <w:t xml:space="preserve"> accueilli avec la consigne </w:t>
      </w:r>
      <w:r w:rsidR="00BA0C8B" w:rsidRPr="00BA0C8B">
        <w:t>générale</w:t>
      </w:r>
      <w:r w:rsidRPr="00BA0C8B">
        <w:t xml:space="preserve"> suivante : "Ce n'est pas vous qu'on </w:t>
      </w:r>
      <w:r w:rsidR="00BA0C8B" w:rsidRPr="00BA0C8B">
        <w:t>évalue</w:t>
      </w:r>
      <w:r w:rsidRPr="00BA0C8B">
        <w:t xml:space="preserve">, c'est le site. Pensez </w:t>
      </w:r>
      <w:r w:rsidR="00BA0C8B" w:rsidRPr="00BA0C8B">
        <w:t>à</w:t>
      </w:r>
      <w:r w:rsidRPr="00BA0C8B">
        <w:t xml:space="preserve"> voix haute tout au long du test."</w:t>
      </w:r>
    </w:p>
    <w:p w14:paraId="3BE8EC3F" w14:textId="49860C5C" w:rsidR="007833F3" w:rsidRPr="00BA0C8B" w:rsidRDefault="00BA0C8B">
      <w:pPr>
        <w:pStyle w:val="Listepuces"/>
      </w:pPr>
      <w:r>
        <w:t>Je</w:t>
      </w:r>
      <w:r w:rsidR="00000000" w:rsidRPr="00BA0C8B">
        <w:t xml:space="preserve"> lisai</w:t>
      </w:r>
      <w:r>
        <w:t>s</w:t>
      </w:r>
      <w:r w:rsidR="00000000" w:rsidRPr="00BA0C8B">
        <w:t xml:space="preserve"> chaque tache </w:t>
      </w:r>
      <w:r w:rsidRPr="00BA0C8B">
        <w:t>à</w:t>
      </w:r>
      <w:r w:rsidR="00000000" w:rsidRPr="00BA0C8B">
        <w:t xml:space="preserve"> voix haute, remettai</w:t>
      </w:r>
      <w:r>
        <w:t>s</w:t>
      </w:r>
      <w:r w:rsidR="00000000" w:rsidRPr="00BA0C8B">
        <w:t xml:space="preserve"> l'</w:t>
      </w:r>
      <w:r w:rsidRPr="00BA0C8B">
        <w:t>énoncé</w:t>
      </w:r>
      <w:r w:rsidR="00000000" w:rsidRPr="00BA0C8B">
        <w:t xml:space="preserve"> sur papier, </w:t>
      </w:r>
      <w:r w:rsidRPr="00BA0C8B">
        <w:t>chronométrai</w:t>
      </w:r>
      <w:r>
        <w:t>s</w:t>
      </w:r>
      <w:r w:rsidR="00000000" w:rsidRPr="00BA0C8B">
        <w:t xml:space="preserve"> la </w:t>
      </w:r>
      <w:r w:rsidRPr="00BA0C8B">
        <w:t>tâche</w:t>
      </w:r>
      <w:r w:rsidR="00000000" w:rsidRPr="00BA0C8B">
        <w:t xml:space="preserve"> et notai</w:t>
      </w:r>
      <w:r>
        <w:t xml:space="preserve">s </w:t>
      </w:r>
      <w:r w:rsidR="00000000" w:rsidRPr="00BA0C8B">
        <w:t>les comportements observables.</w:t>
      </w:r>
    </w:p>
    <w:p w14:paraId="71BC13E9" w14:textId="77777777" w:rsidR="007833F3" w:rsidRPr="00BA0C8B" w:rsidRDefault="00000000">
      <w:pPr>
        <w:pStyle w:val="Titre3"/>
      </w:pPr>
      <w:r w:rsidRPr="00BA0C8B">
        <w:t>Test des 5 secondes</w:t>
      </w:r>
    </w:p>
    <w:p w14:paraId="5754C87B" w14:textId="20D1A79E" w:rsidR="007833F3" w:rsidRPr="00BA0C8B" w:rsidRDefault="00000000">
      <w:r w:rsidRPr="00BA0C8B">
        <w:t xml:space="preserve">La page d'accueil </w:t>
      </w:r>
      <w:r w:rsidR="00BA0C8B" w:rsidRPr="00BA0C8B">
        <w:t>était</w:t>
      </w:r>
      <w:r w:rsidRPr="00BA0C8B">
        <w:t xml:space="preserve"> </w:t>
      </w:r>
      <w:r w:rsidR="00BA0C8B" w:rsidRPr="00BA0C8B">
        <w:t>affichée</w:t>
      </w:r>
      <w:r w:rsidRPr="00BA0C8B">
        <w:t xml:space="preserve"> pendant exactement cinq secondes, puis </w:t>
      </w:r>
      <w:r w:rsidR="00BA0C8B" w:rsidRPr="00BA0C8B">
        <w:t>masquée</w:t>
      </w:r>
      <w:r w:rsidRPr="00BA0C8B">
        <w:t xml:space="preserve">. Le participant devait ensuite </w:t>
      </w:r>
      <w:r w:rsidR="00BA0C8B" w:rsidRPr="00BA0C8B">
        <w:t>décrire</w:t>
      </w:r>
      <w:r w:rsidRPr="00BA0C8B">
        <w:t xml:space="preserve"> ce qu'il avait retenu et le </w:t>
      </w:r>
      <w:r w:rsidR="00BA0C8B" w:rsidRPr="00BA0C8B">
        <w:t>schématiser</w:t>
      </w:r>
      <w:r w:rsidRPr="00BA0C8B">
        <w:t xml:space="preserve"> sur feuille blanche. Une </w:t>
      </w:r>
      <w:r w:rsidR="00BA0C8B" w:rsidRPr="00BA0C8B">
        <w:t>synthèse</w:t>
      </w:r>
      <w:r w:rsidRPr="00BA0C8B">
        <w:t xml:space="preserve"> de ces retentions figure en Annexe 1.</w:t>
      </w:r>
    </w:p>
    <w:p w14:paraId="6A9BF3D1" w14:textId="66CE7615" w:rsidR="007833F3" w:rsidRDefault="00000000" w:rsidP="002B4011">
      <w:pPr>
        <w:pStyle w:val="Paragraphedeliste"/>
        <w:numPr>
          <w:ilvl w:val="0"/>
          <w:numId w:val="10"/>
        </w:numPr>
      </w:pPr>
      <w:r w:rsidRPr="00BA0C8B">
        <w:t xml:space="preserve">Quelle est votre impression </w:t>
      </w:r>
      <w:r w:rsidR="002B4011" w:rsidRPr="00BA0C8B">
        <w:t>générale</w:t>
      </w:r>
      <w:r w:rsidRPr="00BA0C8B">
        <w:t xml:space="preserve"> </w:t>
      </w:r>
      <w:r w:rsidR="002B4011" w:rsidRPr="00BA0C8B">
        <w:t>vis-à-vis</w:t>
      </w:r>
      <w:r w:rsidRPr="00BA0C8B">
        <w:t xml:space="preserve"> de ce site ?</w:t>
      </w:r>
    </w:p>
    <w:p w14:paraId="7F1D5D4A" w14:textId="77777777" w:rsidR="002B4011" w:rsidRDefault="002B4011" w:rsidP="002B4011">
      <w:pPr>
        <w:pStyle w:val="NormalWeb"/>
        <w:spacing w:before="240" w:beforeAutospacing="0" w:after="240" w:afterAutospacing="0"/>
        <w:ind w:left="360"/>
      </w:pPr>
      <w:r>
        <w:rPr>
          <w:rFonts w:ascii="Segoe UI Symbol" w:hAnsi="Segoe UI Symbol" w:cs="Segoe UI Symbol"/>
          <w:color w:val="000000"/>
          <w:sz w:val="22"/>
          <w:szCs w:val="22"/>
        </w:rPr>
        <w:t>☐</w:t>
      </w:r>
      <w:r>
        <w:rPr>
          <w:rFonts w:ascii="Arial" w:hAnsi="Arial" w:cs="Arial"/>
          <w:color w:val="000000"/>
          <w:sz w:val="22"/>
          <w:szCs w:val="22"/>
        </w:rPr>
        <w:t xml:space="preserve"> Très mauvaise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Mauvaise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Moyenne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Bonne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Très bonne</w:t>
      </w:r>
    </w:p>
    <w:p w14:paraId="1FD91A30" w14:textId="77777777" w:rsidR="002B4011" w:rsidRPr="00BA0C8B" w:rsidRDefault="002B4011" w:rsidP="002B4011">
      <w:pPr>
        <w:pStyle w:val="Paragraphedeliste"/>
      </w:pPr>
    </w:p>
    <w:p w14:paraId="7BE590A8" w14:textId="792CB4F7" w:rsidR="007833F3" w:rsidRDefault="00000000" w:rsidP="002B4011">
      <w:pPr>
        <w:pStyle w:val="Paragraphedeliste"/>
        <w:numPr>
          <w:ilvl w:val="0"/>
          <w:numId w:val="10"/>
        </w:numPr>
      </w:pPr>
      <w:r w:rsidRPr="00BA0C8B">
        <w:t xml:space="preserve">Comment jugez-vous son </w:t>
      </w:r>
      <w:r w:rsidR="002B4011" w:rsidRPr="00BA0C8B">
        <w:t>esthétique</w:t>
      </w:r>
      <w:r w:rsidRPr="00BA0C8B">
        <w:t xml:space="preserve"> ?</w:t>
      </w:r>
    </w:p>
    <w:p w14:paraId="09FFDE46" w14:textId="77777777" w:rsidR="002B4011" w:rsidRDefault="002B4011" w:rsidP="002B4011">
      <w:pPr>
        <w:pStyle w:val="NormalWeb"/>
        <w:spacing w:before="240" w:beforeAutospacing="0" w:after="240" w:afterAutospacing="0"/>
        <w:ind w:left="360"/>
      </w:pPr>
      <w:r>
        <w:rPr>
          <w:rFonts w:ascii="Segoe UI Symbol" w:hAnsi="Segoe UI Symbol" w:cs="Segoe UI Symbol"/>
          <w:color w:val="000000"/>
          <w:sz w:val="22"/>
          <w:szCs w:val="22"/>
        </w:rPr>
        <w:t>☐</w:t>
      </w:r>
      <w:r>
        <w:rPr>
          <w:rFonts w:ascii="Arial" w:hAnsi="Arial" w:cs="Arial"/>
          <w:color w:val="000000"/>
          <w:sz w:val="22"/>
          <w:szCs w:val="22"/>
        </w:rPr>
        <w:t xml:space="preserve"> Très mauvaise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Mauvaise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Moyenne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Bonne</w:t>
      </w:r>
      <w:r>
        <w:rPr>
          <w:rFonts w:ascii="Arial" w:hAnsi="Arial" w:cs="Arial"/>
          <w:color w:val="000000"/>
          <w:sz w:val="22"/>
          <w:szCs w:val="22"/>
        </w:rPr>
        <w:br/>
        <w:t xml:space="preserve"> </w:t>
      </w:r>
      <w:r>
        <w:rPr>
          <w:rFonts w:ascii="Segoe UI Symbol" w:hAnsi="Segoe UI Symbol" w:cs="Segoe UI Symbol"/>
          <w:color w:val="000000"/>
          <w:sz w:val="22"/>
          <w:szCs w:val="22"/>
        </w:rPr>
        <w:t>☐</w:t>
      </w:r>
      <w:r>
        <w:rPr>
          <w:rFonts w:ascii="Arial" w:hAnsi="Arial" w:cs="Arial"/>
          <w:color w:val="000000"/>
          <w:sz w:val="22"/>
          <w:szCs w:val="22"/>
        </w:rPr>
        <w:t xml:space="preserve"> Très bonne</w:t>
      </w:r>
    </w:p>
    <w:p w14:paraId="7090AC3E" w14:textId="77777777" w:rsidR="002B4011" w:rsidRPr="00BA0C8B" w:rsidRDefault="002B4011" w:rsidP="002B4011">
      <w:pPr>
        <w:pStyle w:val="Paragraphedeliste"/>
      </w:pPr>
    </w:p>
    <w:p w14:paraId="30EB8746" w14:textId="7BF7494E" w:rsidR="007833F3" w:rsidRPr="00BA0C8B" w:rsidRDefault="00000000">
      <w:r w:rsidRPr="00BA0C8B">
        <w:t xml:space="preserve">3. Quels </w:t>
      </w:r>
      <w:r w:rsidR="002B4011" w:rsidRPr="00BA0C8B">
        <w:t>éléments</w:t>
      </w:r>
      <w:r w:rsidRPr="00BA0C8B">
        <w:t xml:space="preserve"> avez-vous retenus (texte, logo, couleurs, images, menus...)</w:t>
      </w:r>
      <w:r w:rsidR="002B4011">
        <w:t xml:space="preserve"> </w:t>
      </w:r>
      <w:r w:rsidR="002B4011" w:rsidRPr="002B4011">
        <w:t>merci de les reproduire dans le cadre sur feuille blanche</w:t>
      </w:r>
      <w:r w:rsidRPr="00BA0C8B">
        <w:t xml:space="preserve"> ?</w:t>
      </w:r>
    </w:p>
    <w:p w14:paraId="56B16737" w14:textId="74B5B6E7" w:rsidR="007833F3" w:rsidRPr="00BA0C8B" w:rsidRDefault="00000000">
      <w:r w:rsidRPr="00BA0C8B">
        <w:t xml:space="preserve">4. Quels objectifs semblent </w:t>
      </w:r>
      <w:r w:rsidR="002B4011" w:rsidRPr="00BA0C8B">
        <w:t>être</w:t>
      </w:r>
      <w:r w:rsidRPr="00BA0C8B">
        <w:t xml:space="preserve"> vises par ce </w:t>
      </w:r>
      <w:r w:rsidR="002B4011" w:rsidRPr="00BA0C8B">
        <w:t>système</w:t>
      </w:r>
      <w:r w:rsidRPr="00BA0C8B">
        <w:t xml:space="preserve"> ?</w:t>
      </w:r>
    </w:p>
    <w:p w14:paraId="6ED17A33" w14:textId="77777777" w:rsidR="007833F3" w:rsidRPr="00BA0C8B" w:rsidRDefault="00000000">
      <w:pPr>
        <w:pStyle w:val="Titre3"/>
      </w:pPr>
      <w:proofErr w:type="spellStart"/>
      <w:r w:rsidRPr="00BA0C8B">
        <w:t>Deroulement</w:t>
      </w:r>
      <w:proofErr w:type="spellEnd"/>
      <w:r w:rsidRPr="00BA0C8B">
        <w:t xml:space="preserve"> du test par scenario</w:t>
      </w:r>
    </w:p>
    <w:p w14:paraId="7549F2D5" w14:textId="5EDEA1B9" w:rsidR="007833F3" w:rsidRPr="00BA0C8B" w:rsidRDefault="00000000">
      <w:pPr>
        <w:pStyle w:val="Listepuces"/>
      </w:pPr>
      <w:r w:rsidRPr="00BA0C8B">
        <w:t xml:space="preserve">Chaque </w:t>
      </w:r>
      <w:r w:rsidR="002B4011" w:rsidRPr="00BA0C8B">
        <w:t>tâche</w:t>
      </w:r>
      <w:r w:rsidRPr="00BA0C8B">
        <w:t xml:space="preserve"> </w:t>
      </w:r>
      <w:r w:rsidR="002B4011" w:rsidRPr="00BA0C8B">
        <w:t>était</w:t>
      </w:r>
      <w:r w:rsidRPr="00BA0C8B">
        <w:t xml:space="preserve"> </w:t>
      </w:r>
      <w:r w:rsidR="002B4011" w:rsidRPr="00BA0C8B">
        <w:t>réalisée</w:t>
      </w:r>
      <w:r w:rsidRPr="00BA0C8B">
        <w:t xml:space="preserve"> </w:t>
      </w:r>
      <w:r w:rsidR="002B4011" w:rsidRPr="00BA0C8B">
        <w:t>séquentiellement</w:t>
      </w:r>
      <w:r w:rsidRPr="00BA0C8B">
        <w:t xml:space="preserve">, avec retour </w:t>
      </w:r>
      <w:r w:rsidR="002B4011" w:rsidRPr="00BA0C8B">
        <w:t>à</w:t>
      </w:r>
      <w:r w:rsidRPr="00BA0C8B">
        <w:t xml:space="preserve"> l'accueil entre deux </w:t>
      </w:r>
      <w:proofErr w:type="gramStart"/>
      <w:r w:rsidRPr="00BA0C8B">
        <w:t>taches</w:t>
      </w:r>
      <w:proofErr w:type="gramEnd"/>
      <w:r w:rsidRPr="00BA0C8B">
        <w:t>.</w:t>
      </w:r>
    </w:p>
    <w:p w14:paraId="30F5BC68" w14:textId="77777777" w:rsidR="007833F3" w:rsidRPr="00BA0C8B" w:rsidRDefault="00000000">
      <w:pPr>
        <w:pStyle w:val="Listepuces"/>
      </w:pPr>
      <w:r w:rsidRPr="00BA0C8B">
        <w:t>Une phase d'exploration libre de deux minutes suivait la tache T5.</w:t>
      </w:r>
    </w:p>
    <w:p w14:paraId="5E49B254" w14:textId="648EF0EE" w:rsidR="007833F3" w:rsidRPr="00BA0C8B" w:rsidRDefault="00000000">
      <w:pPr>
        <w:pStyle w:val="Listepuces"/>
      </w:pPr>
      <w:r w:rsidRPr="00BA0C8B">
        <w:t xml:space="preserve">Les temps de tache, </w:t>
      </w:r>
      <w:r w:rsidR="002B4011" w:rsidRPr="00BA0C8B">
        <w:t>hésitations</w:t>
      </w:r>
      <w:r w:rsidRPr="00BA0C8B">
        <w:t xml:space="preserve">, retours </w:t>
      </w:r>
      <w:r w:rsidR="002B4011" w:rsidRPr="00BA0C8B">
        <w:t>arrière</w:t>
      </w:r>
      <w:r w:rsidRPr="00BA0C8B">
        <w:t xml:space="preserve">, erreurs de menu et verbatims </w:t>
      </w:r>
      <w:r w:rsidR="002B4011" w:rsidRPr="00BA0C8B">
        <w:t>étaient</w:t>
      </w:r>
      <w:r w:rsidRPr="00BA0C8B">
        <w:t xml:space="preserve"> notes pendant la session.</w:t>
      </w:r>
    </w:p>
    <w:p w14:paraId="4C4B2478" w14:textId="77777777" w:rsidR="007833F3" w:rsidRPr="00BA0C8B" w:rsidRDefault="00000000">
      <w:pPr>
        <w:pStyle w:val="Titre3"/>
      </w:pPr>
      <w:r w:rsidRPr="00BA0C8B">
        <w:t>Questionnaire et entretien post-test</w:t>
      </w:r>
    </w:p>
    <w:p w14:paraId="79C2F545" w14:textId="3C2B1C42" w:rsidR="007833F3" w:rsidRPr="00BA0C8B" w:rsidRDefault="00000000">
      <w:r w:rsidRPr="00BA0C8B">
        <w:t xml:space="preserve">En fin de session, chaque participant a </w:t>
      </w:r>
      <w:r w:rsidR="008643AF" w:rsidRPr="00BA0C8B">
        <w:t>complété</w:t>
      </w:r>
      <w:r w:rsidRPr="00BA0C8B">
        <w:t xml:space="preserve"> le questionnaire, permettant de mesurer la </w:t>
      </w:r>
      <w:r w:rsidR="002B4011" w:rsidRPr="00BA0C8B">
        <w:t>qualité</w:t>
      </w:r>
      <w:r w:rsidRPr="00BA0C8B">
        <w:t xml:space="preserve"> pragmatique, la stimulation, l'</w:t>
      </w:r>
      <w:r w:rsidR="002B4011" w:rsidRPr="00BA0C8B">
        <w:t>identité</w:t>
      </w:r>
      <w:r w:rsidRPr="00BA0C8B">
        <w:t xml:space="preserve"> et l'</w:t>
      </w:r>
      <w:r w:rsidR="002B4011" w:rsidRPr="00BA0C8B">
        <w:t>attractivité</w:t>
      </w:r>
      <w:r w:rsidRPr="00BA0C8B">
        <w:t xml:space="preserve"> </w:t>
      </w:r>
      <w:r w:rsidR="002B4011" w:rsidRPr="00BA0C8B">
        <w:t>perçue</w:t>
      </w:r>
      <w:r w:rsidRPr="00BA0C8B">
        <w:t xml:space="preserve">. L'entretien semi-directif qui suivait reposait sur la grille ci-dessous ; pour Lucas, la question sur le </w:t>
      </w:r>
      <w:proofErr w:type="spellStart"/>
      <w:r w:rsidRPr="00BA0C8B">
        <w:t>dark</w:t>
      </w:r>
      <w:proofErr w:type="spellEnd"/>
      <w:r w:rsidRPr="00BA0C8B">
        <w:t xml:space="preserve"> mode a </w:t>
      </w:r>
      <w:r w:rsidR="002B4011" w:rsidRPr="00BA0C8B">
        <w:t>été</w:t>
      </w:r>
      <w:r w:rsidRPr="00BA0C8B">
        <w:t xml:space="preserve"> </w:t>
      </w:r>
      <w:r w:rsidR="002B4011" w:rsidRPr="00BA0C8B">
        <w:t>reformulée</w:t>
      </w:r>
      <w:r w:rsidRPr="00BA0C8B">
        <w:t xml:space="preserve"> en </w:t>
      </w:r>
      <w:r w:rsidR="002B4011" w:rsidRPr="00BA0C8B">
        <w:t>préférence</w:t>
      </w:r>
      <w:r w:rsidRPr="00BA0C8B">
        <w:t xml:space="preserve"> </w:t>
      </w:r>
      <w:proofErr w:type="spellStart"/>
      <w:r w:rsidRPr="00BA0C8B">
        <w:t>dark</w:t>
      </w:r>
      <w:proofErr w:type="spellEnd"/>
      <w:r w:rsidRPr="00BA0C8B">
        <w:t xml:space="preserve"> / light car la version </w:t>
      </w:r>
      <w:r w:rsidR="002B4011" w:rsidRPr="00BA0C8B">
        <w:t>testée</w:t>
      </w:r>
      <w:r w:rsidRPr="00BA0C8B">
        <w:t xml:space="preserve"> </w:t>
      </w:r>
      <w:r w:rsidR="002B4011" w:rsidRPr="00BA0C8B">
        <w:t>était</w:t>
      </w:r>
      <w:r w:rsidRPr="00BA0C8B">
        <w:t xml:space="preserve"> la maquette claire</w:t>
      </w:r>
      <w:r w:rsidR="002B4011">
        <w:t xml:space="preserve"> d’abord</w:t>
      </w:r>
      <w:r w:rsidRPr="00BA0C8B">
        <w:t>.</w:t>
      </w:r>
    </w:p>
    <w:p w14:paraId="47484490" w14:textId="1D91A380" w:rsidR="007833F3" w:rsidRPr="00BA0C8B" w:rsidRDefault="00000000">
      <w:r w:rsidRPr="00BA0C8B">
        <w:t>1. Qu'avez-vous pens</w:t>
      </w:r>
      <w:r w:rsidR="002B4011">
        <w:t>é</w:t>
      </w:r>
      <w:r w:rsidRPr="00BA0C8B">
        <w:t xml:space="preserve"> de votre </w:t>
      </w:r>
      <w:r w:rsidR="002B4011" w:rsidRPr="00BA0C8B">
        <w:t>expérience</w:t>
      </w:r>
      <w:r w:rsidRPr="00BA0C8B">
        <w:t xml:space="preserve"> du site ?</w:t>
      </w:r>
    </w:p>
    <w:p w14:paraId="3A7B22C0" w14:textId="224695B4" w:rsidR="007833F3" w:rsidRPr="00BA0C8B" w:rsidRDefault="00000000">
      <w:r w:rsidRPr="00BA0C8B">
        <w:t xml:space="preserve">2. Y a-t-il eu un moment ou vous vous </w:t>
      </w:r>
      <w:r w:rsidR="002B4011" w:rsidRPr="00BA0C8B">
        <w:t>êtes</w:t>
      </w:r>
      <w:r w:rsidRPr="00BA0C8B">
        <w:t xml:space="preserve"> senti perdu pendant la navigation ?</w:t>
      </w:r>
    </w:p>
    <w:p w14:paraId="20F102CF" w14:textId="5C2DAEEF" w:rsidR="007833F3" w:rsidRPr="00BA0C8B" w:rsidRDefault="00000000">
      <w:r w:rsidRPr="00BA0C8B">
        <w:t xml:space="preserve">3. Certaines informations </w:t>
      </w:r>
      <w:r w:rsidR="002B4011" w:rsidRPr="00BA0C8B">
        <w:t>étaient</w:t>
      </w:r>
      <w:r w:rsidRPr="00BA0C8B">
        <w:t xml:space="preserve">-elles difficiles </w:t>
      </w:r>
      <w:proofErr w:type="spellStart"/>
      <w:proofErr w:type="gramStart"/>
      <w:r w:rsidRPr="00BA0C8B">
        <w:t>a</w:t>
      </w:r>
      <w:proofErr w:type="spellEnd"/>
      <w:proofErr w:type="gramEnd"/>
      <w:r w:rsidRPr="00BA0C8B">
        <w:t xml:space="preserve"> trouver ?</w:t>
      </w:r>
    </w:p>
    <w:p w14:paraId="5905779E" w14:textId="77777777" w:rsidR="007833F3" w:rsidRPr="00BA0C8B" w:rsidRDefault="00000000">
      <w:r w:rsidRPr="00BA0C8B">
        <w:t>4. Quelles informations manquent selon vous sur ce site ?</w:t>
      </w:r>
    </w:p>
    <w:p w14:paraId="41CADFFC" w14:textId="0FA86946" w:rsidR="007833F3" w:rsidRPr="00BA0C8B" w:rsidRDefault="00000000">
      <w:r w:rsidRPr="00BA0C8B">
        <w:t xml:space="preserve">5. Le fait que le site soit en </w:t>
      </w:r>
      <w:proofErr w:type="spellStart"/>
      <w:r w:rsidRPr="00BA0C8B">
        <w:t>dark</w:t>
      </w:r>
      <w:proofErr w:type="spellEnd"/>
      <w:r w:rsidRPr="00BA0C8B">
        <w:t xml:space="preserve"> mode vous a-t-il </w:t>
      </w:r>
      <w:r w:rsidR="002B4011" w:rsidRPr="00BA0C8B">
        <w:t>dérange</w:t>
      </w:r>
      <w:r w:rsidRPr="00BA0C8B">
        <w:t xml:space="preserve"> ?</w:t>
      </w:r>
    </w:p>
    <w:p w14:paraId="1EFF9C7E" w14:textId="77777777" w:rsidR="007833F3" w:rsidRPr="00BA0C8B" w:rsidRDefault="00000000">
      <w:r w:rsidRPr="00BA0C8B">
        <w:t>6. Comment avez-vous trouve le ton du site ?</w:t>
      </w:r>
    </w:p>
    <w:p w14:paraId="4F234E5C" w14:textId="66306193" w:rsidR="007833F3" w:rsidRPr="00BA0C8B" w:rsidRDefault="00000000">
      <w:r w:rsidRPr="00BA0C8B">
        <w:t xml:space="preserve">7. Si vous </w:t>
      </w:r>
      <w:r w:rsidR="002B4011" w:rsidRPr="00BA0C8B">
        <w:t>étiez</w:t>
      </w:r>
      <w:r w:rsidRPr="00BA0C8B">
        <w:t xml:space="preserve"> </w:t>
      </w:r>
      <w:r w:rsidR="002B4011" w:rsidRPr="00BA0C8B">
        <w:t>réellement</w:t>
      </w:r>
      <w:r w:rsidRPr="00BA0C8B">
        <w:t xml:space="preserve"> </w:t>
      </w:r>
      <w:r w:rsidR="002B4011" w:rsidRPr="00BA0C8B">
        <w:t>débutant</w:t>
      </w:r>
      <w:r w:rsidRPr="00BA0C8B">
        <w:t xml:space="preserve"> en </w:t>
      </w:r>
      <w:proofErr w:type="spellStart"/>
      <w:r w:rsidRPr="00BA0C8B">
        <w:t>callisthenie</w:t>
      </w:r>
      <w:proofErr w:type="spellEnd"/>
      <w:r w:rsidRPr="00BA0C8B">
        <w:t xml:space="preserve">, pensez-vous que ce site vous aiderait </w:t>
      </w:r>
      <w:r w:rsidR="002B4011" w:rsidRPr="00BA0C8B">
        <w:t>à</w:t>
      </w:r>
      <w:r w:rsidRPr="00BA0C8B">
        <w:t xml:space="preserve"> commencer ?</w:t>
      </w:r>
    </w:p>
    <w:p w14:paraId="18820F4B" w14:textId="77777777" w:rsidR="007833F3" w:rsidRPr="00BA0C8B" w:rsidRDefault="00000000">
      <w:pPr>
        <w:pStyle w:val="Titre1"/>
      </w:pPr>
      <w:r w:rsidRPr="00BA0C8B">
        <w:t xml:space="preserve">3. </w:t>
      </w:r>
      <w:proofErr w:type="spellStart"/>
      <w:r w:rsidRPr="00BA0C8B">
        <w:t>Resultats</w:t>
      </w:r>
      <w:proofErr w:type="spellEnd"/>
    </w:p>
    <w:p w14:paraId="50916AFD" w14:textId="77E63500" w:rsidR="007833F3" w:rsidRPr="00BA0C8B" w:rsidRDefault="00000000">
      <w:pPr>
        <w:pStyle w:val="Titre2"/>
      </w:pPr>
      <w:r w:rsidRPr="00BA0C8B">
        <w:t xml:space="preserve">3.1 Description </w:t>
      </w:r>
      <w:r w:rsidR="002B4011" w:rsidRPr="00BA0C8B">
        <w:t>générale</w:t>
      </w:r>
    </w:p>
    <w:p w14:paraId="75C25555" w14:textId="340FB878" w:rsidR="007833F3" w:rsidRPr="00BA0C8B" w:rsidRDefault="00000000">
      <w:r w:rsidRPr="00BA0C8B">
        <w:t xml:space="preserve">Le test des 5 secondes montre une </w:t>
      </w:r>
      <w:r w:rsidR="002B4011" w:rsidRPr="00BA0C8B">
        <w:t>compréhension</w:t>
      </w:r>
      <w:r w:rsidRPr="00BA0C8B">
        <w:t xml:space="preserve"> </w:t>
      </w:r>
      <w:r w:rsidR="002B4011" w:rsidRPr="00BA0C8B">
        <w:t>immédiate</w:t>
      </w:r>
      <w:r w:rsidRPr="00BA0C8B">
        <w:t xml:space="preserve"> de l'univers sportif du site : les trois participants retiennent l'image </w:t>
      </w:r>
      <w:r w:rsidR="002B4011">
        <w:t xml:space="preserve">de moi qui fait le </w:t>
      </w:r>
      <w:proofErr w:type="spellStart"/>
      <w:r w:rsidR="002B4011">
        <w:t>skill</w:t>
      </w:r>
      <w:proofErr w:type="spellEnd"/>
      <w:r w:rsidR="002B4011">
        <w:t xml:space="preserve"> drapeau humain</w:t>
      </w:r>
      <w:r w:rsidRPr="00BA0C8B">
        <w:t xml:space="preserve">, le ton motivant et la </w:t>
      </w:r>
      <w:r w:rsidR="002B4011" w:rsidRPr="00BA0C8B">
        <w:t>présence</w:t>
      </w:r>
      <w:r w:rsidRPr="00BA0C8B">
        <w:t xml:space="preserve"> d'un CTA principal visible. En revanche, le terme </w:t>
      </w:r>
      <w:proofErr w:type="spellStart"/>
      <w:r w:rsidRPr="00BA0C8B">
        <w:t>callisthenie</w:t>
      </w:r>
      <w:proofErr w:type="spellEnd"/>
      <w:r w:rsidRPr="00BA0C8B">
        <w:t xml:space="preserve"> n'est pas compris </w:t>
      </w:r>
      <w:r w:rsidR="002B4011" w:rsidRPr="00BA0C8B">
        <w:t>spontanément</w:t>
      </w:r>
      <w:r w:rsidRPr="00BA0C8B">
        <w:t xml:space="preserve"> par Mehdi et Lucas</w:t>
      </w:r>
      <w:r w:rsidR="003B4B80">
        <w:t xml:space="preserve"> car ils connaissent ce sport avec la nomination Street </w:t>
      </w:r>
      <w:proofErr w:type="spellStart"/>
      <w:r w:rsidR="003B4B80">
        <w:t>workout</w:t>
      </w:r>
      <w:proofErr w:type="spellEnd"/>
      <w:r w:rsidR="003B4B80">
        <w:t xml:space="preserve"> (qui est le nom </w:t>
      </w:r>
      <w:proofErr w:type="gramStart"/>
      <w:r w:rsidR="003B4B80">
        <w:t>contemporain )</w:t>
      </w:r>
      <w:proofErr w:type="gramEnd"/>
      <w:r w:rsidRPr="00BA0C8B">
        <w:t>, ce qui confirme le besoin d'une micro-</w:t>
      </w:r>
      <w:r w:rsidR="003B4B80" w:rsidRPr="00BA0C8B">
        <w:t>définition</w:t>
      </w:r>
      <w:r w:rsidRPr="00BA0C8B">
        <w:t xml:space="preserve"> directement dans la zone </w:t>
      </w:r>
      <w:proofErr w:type="spellStart"/>
      <w:r w:rsidRPr="00BA0C8B">
        <w:t>hero</w:t>
      </w:r>
      <w:proofErr w:type="spellEnd"/>
      <w:r w:rsidRPr="00BA0C8B">
        <w:t xml:space="preserve">. La </w:t>
      </w:r>
      <w:r w:rsidR="003B4B80" w:rsidRPr="00BA0C8B">
        <w:t>synthèse</w:t>
      </w:r>
      <w:r w:rsidRPr="00BA0C8B">
        <w:t xml:space="preserve"> textuelle des dessins et souvenirs figure en Annexe 1.</w:t>
      </w:r>
    </w:p>
    <w:p w14:paraId="3B508D86" w14:textId="31013B91" w:rsidR="007833F3" w:rsidRPr="00BA0C8B" w:rsidRDefault="00000000">
      <w:pPr>
        <w:ind w:left="454"/>
      </w:pPr>
      <w:r w:rsidRPr="00BA0C8B">
        <w:rPr>
          <w:b/>
          <w:i/>
          <w:sz w:val="20"/>
        </w:rPr>
        <w:t xml:space="preserve"> Mehdi : </w:t>
      </w:r>
      <w:r w:rsidRPr="00BA0C8B">
        <w:rPr>
          <w:i/>
          <w:sz w:val="20"/>
        </w:rPr>
        <w:t>"Un site de sport, fond noir, il y a une image d'un mec qui fait un</w:t>
      </w:r>
      <w:r w:rsidR="00F0492D">
        <w:rPr>
          <w:i/>
          <w:sz w:val="20"/>
        </w:rPr>
        <w:t xml:space="preserve"> turc chaud</w:t>
      </w:r>
      <w:r w:rsidRPr="00BA0C8B">
        <w:rPr>
          <w:i/>
          <w:sz w:val="20"/>
        </w:rPr>
        <w:t xml:space="preserve">... y'a un gros bouton je crois. </w:t>
      </w:r>
      <w:proofErr w:type="spellStart"/>
      <w:r w:rsidRPr="00BA0C8B">
        <w:rPr>
          <w:i/>
          <w:sz w:val="20"/>
        </w:rPr>
        <w:t>Callisthenie</w:t>
      </w:r>
      <w:proofErr w:type="spellEnd"/>
      <w:r w:rsidRPr="00BA0C8B">
        <w:rPr>
          <w:i/>
          <w:sz w:val="20"/>
        </w:rPr>
        <w:t xml:space="preserve"> </w:t>
      </w:r>
      <w:proofErr w:type="gramStart"/>
      <w:r w:rsidRPr="00BA0C8B">
        <w:rPr>
          <w:i/>
          <w:sz w:val="20"/>
        </w:rPr>
        <w:t>je suis pas</w:t>
      </w:r>
      <w:proofErr w:type="gramEnd"/>
      <w:r w:rsidRPr="00BA0C8B">
        <w:rPr>
          <w:i/>
          <w:sz w:val="20"/>
        </w:rPr>
        <w:t xml:space="preserve"> </w:t>
      </w:r>
      <w:proofErr w:type="spellStart"/>
      <w:proofErr w:type="gramStart"/>
      <w:r w:rsidRPr="00BA0C8B">
        <w:rPr>
          <w:i/>
          <w:sz w:val="20"/>
        </w:rPr>
        <w:t>sur</w:t>
      </w:r>
      <w:proofErr w:type="spellEnd"/>
      <w:proofErr w:type="gramEnd"/>
      <w:r w:rsidRPr="00BA0C8B">
        <w:rPr>
          <w:i/>
          <w:sz w:val="20"/>
        </w:rPr>
        <w:t xml:space="preserve"> de ce que c'est"</w:t>
      </w:r>
      <w:r w:rsidR="00F0492D">
        <w:rPr>
          <w:i/>
          <w:sz w:val="20"/>
        </w:rPr>
        <w:t xml:space="preserve"> </w:t>
      </w:r>
      <w:proofErr w:type="gramStart"/>
      <w:r w:rsidR="00F0492D">
        <w:rPr>
          <w:i/>
          <w:sz w:val="20"/>
        </w:rPr>
        <w:t>c’est pas</w:t>
      </w:r>
      <w:proofErr w:type="gramEnd"/>
      <w:r w:rsidR="00F0492D">
        <w:rPr>
          <w:i/>
          <w:sz w:val="20"/>
        </w:rPr>
        <w:t xml:space="preserve"> du </w:t>
      </w:r>
      <w:proofErr w:type="spellStart"/>
      <w:r w:rsidR="00F0492D">
        <w:rPr>
          <w:i/>
          <w:sz w:val="20"/>
        </w:rPr>
        <w:t>street</w:t>
      </w:r>
      <w:proofErr w:type="spellEnd"/>
      <w:r w:rsidR="00F0492D">
        <w:rPr>
          <w:i/>
          <w:sz w:val="20"/>
        </w:rPr>
        <w:t> ?</w:t>
      </w:r>
    </w:p>
    <w:p w14:paraId="1C521A09" w14:textId="0C9799EE" w:rsidR="007833F3" w:rsidRPr="00BA0C8B" w:rsidRDefault="00000000">
      <w:pPr>
        <w:ind w:left="454"/>
      </w:pPr>
      <w:r w:rsidRPr="00BA0C8B">
        <w:rPr>
          <w:b/>
          <w:i/>
          <w:sz w:val="20"/>
        </w:rPr>
        <w:t xml:space="preserve"> Ines : </w:t>
      </w:r>
      <w:r w:rsidRPr="00BA0C8B">
        <w:rPr>
          <w:i/>
          <w:sz w:val="20"/>
        </w:rPr>
        <w:t xml:space="preserve">"Design </w:t>
      </w:r>
      <w:proofErr w:type="gramStart"/>
      <w:r w:rsidRPr="00BA0C8B">
        <w:rPr>
          <w:i/>
          <w:sz w:val="20"/>
        </w:rPr>
        <w:t>sombre</w:t>
      </w:r>
      <w:r w:rsidR="00F0492D">
        <w:rPr>
          <w:i/>
          <w:sz w:val="20"/>
        </w:rPr>
        <w:t xml:space="preserve"> </w:t>
      </w:r>
      <w:r w:rsidRPr="00BA0C8B">
        <w:rPr>
          <w:i/>
          <w:sz w:val="20"/>
        </w:rPr>
        <w:t>,</w:t>
      </w:r>
      <w:proofErr w:type="gramEnd"/>
      <w:r w:rsidRPr="00BA0C8B">
        <w:rPr>
          <w:i/>
          <w:sz w:val="20"/>
        </w:rPr>
        <w:t xml:space="preserve"> </w:t>
      </w:r>
      <w:proofErr w:type="spellStart"/>
      <w:r w:rsidRPr="00BA0C8B">
        <w:rPr>
          <w:i/>
          <w:sz w:val="20"/>
        </w:rPr>
        <w:t>tres</w:t>
      </w:r>
      <w:proofErr w:type="spellEnd"/>
      <w:r w:rsidRPr="00BA0C8B">
        <w:rPr>
          <w:i/>
          <w:sz w:val="20"/>
        </w:rPr>
        <w:t xml:space="preserve"> sportif, </w:t>
      </w:r>
      <w:r w:rsidR="00F0492D" w:rsidRPr="00BA0C8B">
        <w:rPr>
          <w:i/>
          <w:sz w:val="20"/>
        </w:rPr>
        <w:t>ça</w:t>
      </w:r>
      <w:r w:rsidRPr="00BA0C8B">
        <w:rPr>
          <w:i/>
          <w:sz w:val="20"/>
        </w:rPr>
        <w:t xml:space="preserve"> fait </w:t>
      </w:r>
      <w:proofErr w:type="spellStart"/>
      <w:r w:rsidRPr="00BA0C8B">
        <w:rPr>
          <w:i/>
          <w:sz w:val="20"/>
        </w:rPr>
        <w:t>serieux</w:t>
      </w:r>
      <w:proofErr w:type="spellEnd"/>
      <w:r w:rsidRPr="00BA0C8B">
        <w:rPr>
          <w:i/>
          <w:sz w:val="20"/>
        </w:rPr>
        <w:t>. J'ai vu plusieurs rubriques dans le menu, et un bouton principal bien visible."</w:t>
      </w:r>
    </w:p>
    <w:p w14:paraId="14BD8245" w14:textId="001A9189" w:rsidR="007833F3" w:rsidRPr="00BA0C8B" w:rsidRDefault="00000000">
      <w:pPr>
        <w:ind w:left="454"/>
      </w:pPr>
      <w:r w:rsidRPr="00BA0C8B">
        <w:rPr>
          <w:b/>
          <w:i/>
          <w:sz w:val="20"/>
        </w:rPr>
        <w:t xml:space="preserve"> Lucas : </w:t>
      </w:r>
      <w:r w:rsidRPr="00BA0C8B">
        <w:rPr>
          <w:i/>
          <w:sz w:val="20"/>
        </w:rPr>
        <w:t>"Y'a un mec qui fait un truc de fou en plein air, genre acrobatique... un site de sport. De repousser vos limites... j'aime bien comme phrase."</w:t>
      </w:r>
    </w:p>
    <w:tbl>
      <w:tblPr>
        <w:tblW w:w="0" w:type="auto"/>
        <w:jc w:val="center"/>
        <w:tblLook w:val="04A0" w:firstRow="1" w:lastRow="0" w:firstColumn="1" w:lastColumn="0" w:noHBand="0" w:noVBand="1"/>
      </w:tblPr>
      <w:tblGrid>
        <w:gridCol w:w="9746"/>
      </w:tblGrid>
      <w:tr w:rsidR="007833F3" w:rsidRPr="00BA0C8B" w14:paraId="2976D86F" w14:textId="77777777">
        <w:trPr>
          <w:jc w:val="center"/>
        </w:trPr>
        <w:tc>
          <w:tcPr>
            <w:tcW w:w="9746" w:type="dxa"/>
            <w:shd w:val="clear" w:color="auto" w:fill="F5F7FA"/>
          </w:tcPr>
          <w:p w14:paraId="453B50FB" w14:textId="77777777" w:rsidR="007833F3" w:rsidRPr="00BA0C8B" w:rsidRDefault="00000000">
            <w:proofErr w:type="spellStart"/>
            <w:r w:rsidRPr="00BA0C8B">
              <w:rPr>
                <w:rFonts w:ascii="Cambria" w:hAnsi="Cambria"/>
                <w:b/>
                <w:color w:val="1F4E79"/>
                <w:sz w:val="22"/>
              </w:rPr>
              <w:t>Synthese</w:t>
            </w:r>
            <w:proofErr w:type="spellEnd"/>
            <w:r w:rsidRPr="00BA0C8B">
              <w:rPr>
                <w:rFonts w:ascii="Cambria" w:hAnsi="Cambria"/>
                <w:b/>
                <w:color w:val="1F4E79"/>
                <w:sz w:val="22"/>
              </w:rPr>
              <w:t xml:space="preserve"> du test des 5 secondes</w:t>
            </w:r>
          </w:p>
          <w:p w14:paraId="0F9E84B4" w14:textId="483E25E2" w:rsidR="007833F3" w:rsidRPr="00BA0C8B" w:rsidRDefault="00000000">
            <w:pPr>
              <w:pStyle w:val="Listepuces"/>
            </w:pPr>
            <w:r w:rsidRPr="00BA0C8B">
              <w:rPr>
                <w:sz w:val="20"/>
              </w:rPr>
              <w:t xml:space="preserve">Le positionnement sportif et motivant du site est compris </w:t>
            </w:r>
            <w:r w:rsidR="008643AF" w:rsidRPr="00BA0C8B">
              <w:rPr>
                <w:sz w:val="20"/>
              </w:rPr>
              <w:t>immédiatement</w:t>
            </w:r>
            <w:r w:rsidRPr="00BA0C8B">
              <w:rPr>
                <w:sz w:val="20"/>
              </w:rPr>
              <w:t xml:space="preserve"> par les trois participants.</w:t>
            </w:r>
          </w:p>
          <w:p w14:paraId="4F55A6DC" w14:textId="20F25DB6" w:rsidR="007833F3" w:rsidRPr="00BA0C8B" w:rsidRDefault="00000000">
            <w:pPr>
              <w:pStyle w:val="Listepuces"/>
            </w:pPr>
            <w:r w:rsidRPr="00BA0C8B">
              <w:rPr>
                <w:sz w:val="20"/>
              </w:rPr>
              <w:t>L</w:t>
            </w:r>
            <w:r w:rsidR="00F0492D">
              <w:rPr>
                <w:sz w:val="20"/>
              </w:rPr>
              <w:t>’emplacement des</w:t>
            </w:r>
            <w:r w:rsidRPr="00BA0C8B">
              <w:rPr>
                <w:sz w:val="20"/>
              </w:rPr>
              <w:t xml:space="preserve"> CTA </w:t>
            </w:r>
            <w:r w:rsidR="008643AF" w:rsidRPr="00BA0C8B">
              <w:rPr>
                <w:sz w:val="20"/>
              </w:rPr>
              <w:t>principau</w:t>
            </w:r>
            <w:r w:rsidR="008643AF">
              <w:rPr>
                <w:sz w:val="20"/>
              </w:rPr>
              <w:t>x</w:t>
            </w:r>
            <w:r w:rsidRPr="00BA0C8B">
              <w:rPr>
                <w:sz w:val="20"/>
              </w:rPr>
              <w:t xml:space="preserve"> est </w:t>
            </w:r>
            <w:r w:rsidR="008643AF" w:rsidRPr="00BA0C8B">
              <w:rPr>
                <w:sz w:val="20"/>
              </w:rPr>
              <w:t>mémoris</w:t>
            </w:r>
            <w:r w:rsidR="008643AF">
              <w:rPr>
                <w:sz w:val="20"/>
              </w:rPr>
              <w:t>é</w:t>
            </w:r>
            <w:r w:rsidR="00F0492D">
              <w:rPr>
                <w:sz w:val="20"/>
              </w:rPr>
              <w:t xml:space="preserve"> mais pas les phrase dans les </w:t>
            </w:r>
            <w:proofErr w:type="gramStart"/>
            <w:r w:rsidR="00F0492D">
              <w:rPr>
                <w:sz w:val="20"/>
              </w:rPr>
              <w:t>CTA</w:t>
            </w:r>
            <w:r w:rsidRPr="00BA0C8B">
              <w:rPr>
                <w:sz w:val="20"/>
              </w:rPr>
              <w:t>;</w:t>
            </w:r>
            <w:proofErr w:type="gramEnd"/>
            <w:r w:rsidRPr="00BA0C8B">
              <w:rPr>
                <w:sz w:val="20"/>
              </w:rPr>
              <w:t xml:space="preserve"> les </w:t>
            </w:r>
            <w:r w:rsidR="008643AF" w:rsidRPr="00BA0C8B">
              <w:rPr>
                <w:sz w:val="20"/>
              </w:rPr>
              <w:t>éléments</w:t>
            </w:r>
            <w:r w:rsidRPr="00BA0C8B">
              <w:rPr>
                <w:sz w:val="20"/>
              </w:rPr>
              <w:t xml:space="preserve"> secondaires de navigation le sont beaucoup moins.</w:t>
            </w:r>
          </w:p>
          <w:p w14:paraId="23EF2BFA" w14:textId="77777777" w:rsidR="007833F3" w:rsidRPr="00BA0C8B" w:rsidRDefault="00000000">
            <w:pPr>
              <w:pStyle w:val="Listepuces"/>
            </w:pPr>
            <w:r w:rsidRPr="00BA0C8B">
              <w:rPr>
                <w:sz w:val="20"/>
              </w:rPr>
              <w:t>Le terme "</w:t>
            </w:r>
            <w:proofErr w:type="spellStart"/>
            <w:r w:rsidRPr="00BA0C8B">
              <w:rPr>
                <w:sz w:val="20"/>
              </w:rPr>
              <w:t>callisthenie</w:t>
            </w:r>
            <w:proofErr w:type="spellEnd"/>
            <w:r w:rsidRPr="00BA0C8B">
              <w:rPr>
                <w:sz w:val="20"/>
              </w:rPr>
              <w:t>" reste insuffisamment auto-explicatif pour deux profils sur trois.</w:t>
            </w:r>
          </w:p>
        </w:tc>
      </w:tr>
    </w:tbl>
    <w:p w14:paraId="45F94376" w14:textId="77777777" w:rsidR="007833F3" w:rsidRPr="00BA0C8B" w:rsidRDefault="007833F3">
      <w:pPr>
        <w:sectPr w:rsidR="007833F3" w:rsidRPr="00BA0C8B">
          <w:headerReference w:type="default" r:id="rId9"/>
          <w:footerReference w:type="default" r:id="rId10"/>
          <w:pgSz w:w="12240" w:h="15840"/>
          <w:pgMar w:top="1247" w:right="1247" w:bottom="1134" w:left="1247" w:header="720" w:footer="720" w:gutter="0"/>
          <w:cols w:space="720"/>
          <w:docGrid w:linePitch="360"/>
        </w:sectPr>
      </w:pPr>
    </w:p>
    <w:p w14:paraId="069DD30C" w14:textId="77777777" w:rsidR="007833F3" w:rsidRPr="00BA0C8B" w:rsidRDefault="00000000">
      <w:pPr>
        <w:pStyle w:val="Titre3"/>
      </w:pPr>
      <w:r w:rsidRPr="00BA0C8B">
        <w:t xml:space="preserve">Tableau de </w:t>
      </w:r>
      <w:proofErr w:type="spellStart"/>
      <w:r w:rsidRPr="00BA0C8B">
        <w:t>synthese</w:t>
      </w:r>
      <w:proofErr w:type="spellEnd"/>
      <w:r w:rsidRPr="00BA0C8B">
        <w:t xml:space="preserve"> des taches</w:t>
      </w:r>
    </w:p>
    <w:p w14:paraId="6FB62A47" w14:textId="77777777" w:rsidR="007833F3" w:rsidRPr="00BA0C8B" w:rsidRDefault="00000000">
      <w:r w:rsidRPr="00BA0C8B">
        <w:t xml:space="preserve">Temps observes pour chaque tache, par participant et en moyenne, avec une lecture </w:t>
      </w:r>
      <w:proofErr w:type="spellStart"/>
      <w:r w:rsidRPr="00BA0C8B">
        <w:t>synthetique</w:t>
      </w:r>
      <w:proofErr w:type="spellEnd"/>
      <w:r w:rsidRPr="00BA0C8B">
        <w:t xml:space="preserve"> des comportements.</w:t>
      </w:r>
    </w:p>
    <w:tbl>
      <w:tblPr>
        <w:tblStyle w:val="Grilledutableau"/>
        <w:tblW w:w="0" w:type="auto"/>
        <w:jc w:val="center"/>
        <w:tblLook w:val="04A0" w:firstRow="1" w:lastRow="0" w:firstColumn="1" w:lastColumn="0" w:noHBand="0" w:noVBand="1"/>
      </w:tblPr>
      <w:tblGrid>
        <w:gridCol w:w="710"/>
        <w:gridCol w:w="2608"/>
        <w:gridCol w:w="1474"/>
        <w:gridCol w:w="1474"/>
        <w:gridCol w:w="1474"/>
        <w:gridCol w:w="1077"/>
        <w:gridCol w:w="4819"/>
      </w:tblGrid>
      <w:tr w:rsidR="007833F3" w:rsidRPr="00BA0C8B" w14:paraId="3C030AA7" w14:textId="77777777">
        <w:trPr>
          <w:jc w:val="center"/>
        </w:trPr>
        <w:tc>
          <w:tcPr>
            <w:tcW w:w="680" w:type="dxa"/>
            <w:shd w:val="clear" w:color="auto" w:fill="DCE6F1"/>
          </w:tcPr>
          <w:p w14:paraId="3A80EB77" w14:textId="77777777" w:rsidR="007833F3" w:rsidRPr="00BA0C8B" w:rsidRDefault="00000000">
            <w:pPr>
              <w:spacing w:after="0"/>
            </w:pPr>
            <w:r w:rsidRPr="00BA0C8B">
              <w:rPr>
                <w:b/>
                <w:color w:val="1F4E79"/>
                <w:sz w:val="18"/>
              </w:rPr>
              <w:t>Tache</w:t>
            </w:r>
          </w:p>
        </w:tc>
        <w:tc>
          <w:tcPr>
            <w:tcW w:w="2608" w:type="dxa"/>
            <w:shd w:val="clear" w:color="auto" w:fill="DCE6F1"/>
          </w:tcPr>
          <w:p w14:paraId="7ED60FDD" w14:textId="77777777" w:rsidR="007833F3" w:rsidRPr="00BA0C8B" w:rsidRDefault="00000000">
            <w:pPr>
              <w:spacing w:after="0"/>
            </w:pPr>
            <w:r w:rsidRPr="00BA0C8B">
              <w:rPr>
                <w:b/>
                <w:color w:val="1F4E79"/>
                <w:sz w:val="18"/>
              </w:rPr>
              <w:t>Description</w:t>
            </w:r>
          </w:p>
        </w:tc>
        <w:tc>
          <w:tcPr>
            <w:tcW w:w="1474" w:type="dxa"/>
            <w:shd w:val="clear" w:color="auto" w:fill="DCE6F1"/>
          </w:tcPr>
          <w:p w14:paraId="752B971B" w14:textId="77777777" w:rsidR="007833F3" w:rsidRPr="00BA0C8B" w:rsidRDefault="00000000">
            <w:pPr>
              <w:spacing w:after="0"/>
            </w:pPr>
            <w:r w:rsidRPr="00BA0C8B">
              <w:rPr>
                <w:b/>
                <w:color w:val="1F4E79"/>
                <w:sz w:val="18"/>
              </w:rPr>
              <w:t>Mehdi</w:t>
            </w:r>
          </w:p>
        </w:tc>
        <w:tc>
          <w:tcPr>
            <w:tcW w:w="1474" w:type="dxa"/>
            <w:shd w:val="clear" w:color="auto" w:fill="DCE6F1"/>
          </w:tcPr>
          <w:p w14:paraId="2450D089" w14:textId="77777777" w:rsidR="007833F3" w:rsidRPr="00BA0C8B" w:rsidRDefault="00000000">
            <w:pPr>
              <w:spacing w:after="0"/>
            </w:pPr>
            <w:r w:rsidRPr="00BA0C8B">
              <w:rPr>
                <w:b/>
                <w:color w:val="1F4E79"/>
                <w:sz w:val="18"/>
              </w:rPr>
              <w:t>Ines</w:t>
            </w:r>
          </w:p>
        </w:tc>
        <w:tc>
          <w:tcPr>
            <w:tcW w:w="1474" w:type="dxa"/>
            <w:shd w:val="clear" w:color="auto" w:fill="DCE6F1"/>
          </w:tcPr>
          <w:p w14:paraId="4B5CD6A2" w14:textId="77777777" w:rsidR="007833F3" w:rsidRPr="00BA0C8B" w:rsidRDefault="00000000">
            <w:pPr>
              <w:spacing w:after="0"/>
            </w:pPr>
            <w:r w:rsidRPr="00BA0C8B">
              <w:rPr>
                <w:b/>
                <w:color w:val="1F4E79"/>
                <w:sz w:val="18"/>
              </w:rPr>
              <w:t>Lucas</w:t>
            </w:r>
          </w:p>
        </w:tc>
        <w:tc>
          <w:tcPr>
            <w:tcW w:w="1077" w:type="dxa"/>
            <w:shd w:val="clear" w:color="auto" w:fill="DCE6F1"/>
          </w:tcPr>
          <w:p w14:paraId="43A2EDE7" w14:textId="77777777" w:rsidR="007833F3" w:rsidRPr="00BA0C8B" w:rsidRDefault="00000000">
            <w:pPr>
              <w:spacing w:after="0"/>
            </w:pPr>
            <w:r w:rsidRPr="00BA0C8B">
              <w:rPr>
                <w:b/>
                <w:color w:val="1F4E79"/>
                <w:sz w:val="18"/>
              </w:rPr>
              <w:t>Moyenne</w:t>
            </w:r>
          </w:p>
        </w:tc>
        <w:tc>
          <w:tcPr>
            <w:tcW w:w="4819" w:type="dxa"/>
            <w:shd w:val="clear" w:color="auto" w:fill="DCE6F1"/>
          </w:tcPr>
          <w:p w14:paraId="5C8D83B8" w14:textId="77777777" w:rsidR="007833F3" w:rsidRPr="00BA0C8B" w:rsidRDefault="00000000">
            <w:pPr>
              <w:spacing w:after="0"/>
            </w:pPr>
            <w:r w:rsidRPr="00BA0C8B">
              <w:rPr>
                <w:b/>
                <w:color w:val="1F4E79"/>
                <w:sz w:val="18"/>
              </w:rPr>
              <w:t>Lecture globale</w:t>
            </w:r>
          </w:p>
        </w:tc>
      </w:tr>
      <w:tr w:rsidR="007833F3" w:rsidRPr="00BA0C8B" w14:paraId="0387760F" w14:textId="77777777">
        <w:trPr>
          <w:jc w:val="center"/>
        </w:trPr>
        <w:tc>
          <w:tcPr>
            <w:tcW w:w="680" w:type="dxa"/>
          </w:tcPr>
          <w:p w14:paraId="5BBC7638" w14:textId="77777777" w:rsidR="007833F3" w:rsidRPr="00BA0C8B" w:rsidRDefault="00000000">
            <w:pPr>
              <w:spacing w:after="0"/>
            </w:pPr>
            <w:r w:rsidRPr="00BA0C8B">
              <w:rPr>
                <w:sz w:val="18"/>
              </w:rPr>
              <w:t>T1</w:t>
            </w:r>
          </w:p>
        </w:tc>
        <w:tc>
          <w:tcPr>
            <w:tcW w:w="2608" w:type="dxa"/>
          </w:tcPr>
          <w:p w14:paraId="68101C1B" w14:textId="315CDCEC" w:rsidR="007833F3" w:rsidRPr="00BA0C8B" w:rsidRDefault="008B2D03">
            <w:pPr>
              <w:spacing w:after="0"/>
            </w:pPr>
            <w:r w:rsidRPr="00BA0C8B">
              <w:rPr>
                <w:sz w:val="18"/>
              </w:rPr>
              <w:t>Vérifier</w:t>
            </w:r>
            <w:r w:rsidR="00000000" w:rsidRPr="00BA0C8B">
              <w:rPr>
                <w:sz w:val="18"/>
              </w:rPr>
              <w:t xml:space="preserve"> si le sport est gratuit et accessible sans </w:t>
            </w:r>
            <w:r w:rsidRPr="00BA0C8B">
              <w:rPr>
                <w:sz w:val="18"/>
              </w:rPr>
              <w:t>équipement</w:t>
            </w:r>
            <w:r w:rsidR="00000000" w:rsidRPr="00BA0C8B">
              <w:rPr>
                <w:sz w:val="18"/>
              </w:rPr>
              <w:t xml:space="preserve"> payant.</w:t>
            </w:r>
          </w:p>
        </w:tc>
        <w:tc>
          <w:tcPr>
            <w:tcW w:w="1474" w:type="dxa"/>
          </w:tcPr>
          <w:p w14:paraId="4D1328E0" w14:textId="77777777" w:rsidR="007833F3" w:rsidRPr="00BA0C8B" w:rsidRDefault="00000000">
            <w:pPr>
              <w:spacing w:after="0"/>
            </w:pPr>
            <w:proofErr w:type="gramStart"/>
            <w:r w:rsidRPr="00BA0C8B">
              <w:rPr>
                <w:sz w:val="18"/>
              </w:rPr>
              <w:t>1:</w:t>
            </w:r>
            <w:proofErr w:type="gramEnd"/>
            <w:r w:rsidRPr="00BA0C8B">
              <w:rPr>
                <w:sz w:val="18"/>
              </w:rPr>
              <w:t>45</w:t>
            </w:r>
          </w:p>
          <w:p w14:paraId="7313F6E2" w14:textId="509BAC59" w:rsidR="007833F3" w:rsidRPr="00BA0C8B" w:rsidRDefault="008B2D03">
            <w:pPr>
              <w:spacing w:after="0"/>
            </w:pPr>
            <w:r w:rsidRPr="00BA0C8B">
              <w:rPr>
                <w:sz w:val="18"/>
              </w:rPr>
              <w:t>Réussie</w:t>
            </w:r>
          </w:p>
        </w:tc>
        <w:tc>
          <w:tcPr>
            <w:tcW w:w="1474" w:type="dxa"/>
          </w:tcPr>
          <w:p w14:paraId="5FF33050" w14:textId="77777777" w:rsidR="007833F3" w:rsidRPr="00BA0C8B" w:rsidRDefault="00000000">
            <w:pPr>
              <w:spacing w:after="0"/>
            </w:pPr>
            <w:proofErr w:type="gramStart"/>
            <w:r w:rsidRPr="00BA0C8B">
              <w:rPr>
                <w:sz w:val="18"/>
              </w:rPr>
              <w:t>0:</w:t>
            </w:r>
            <w:proofErr w:type="gramEnd"/>
            <w:r w:rsidRPr="00BA0C8B">
              <w:rPr>
                <w:sz w:val="18"/>
              </w:rPr>
              <w:t>55</w:t>
            </w:r>
          </w:p>
          <w:p w14:paraId="0F9162C7" w14:textId="6191154E" w:rsidR="007833F3" w:rsidRPr="00BA0C8B" w:rsidRDefault="008B2D03">
            <w:pPr>
              <w:spacing w:after="0"/>
            </w:pPr>
            <w:r w:rsidRPr="00BA0C8B">
              <w:rPr>
                <w:sz w:val="18"/>
              </w:rPr>
              <w:t>Réussie</w:t>
            </w:r>
          </w:p>
        </w:tc>
        <w:tc>
          <w:tcPr>
            <w:tcW w:w="1474" w:type="dxa"/>
          </w:tcPr>
          <w:p w14:paraId="57872D7B" w14:textId="77777777" w:rsidR="007833F3" w:rsidRPr="00BA0C8B" w:rsidRDefault="00000000">
            <w:pPr>
              <w:spacing w:after="0"/>
            </w:pPr>
            <w:proofErr w:type="gramStart"/>
            <w:r w:rsidRPr="00BA0C8B">
              <w:rPr>
                <w:sz w:val="18"/>
              </w:rPr>
              <w:t>1:</w:t>
            </w:r>
            <w:proofErr w:type="gramEnd"/>
            <w:r w:rsidRPr="00BA0C8B">
              <w:rPr>
                <w:sz w:val="18"/>
              </w:rPr>
              <w:t>02</w:t>
            </w:r>
          </w:p>
          <w:p w14:paraId="77E8A292" w14:textId="79D2EFCB" w:rsidR="007833F3" w:rsidRPr="00BA0C8B" w:rsidRDefault="008B2D03">
            <w:pPr>
              <w:spacing w:after="0"/>
            </w:pPr>
            <w:r w:rsidRPr="00BA0C8B">
              <w:rPr>
                <w:sz w:val="18"/>
              </w:rPr>
              <w:t>Réussie</w:t>
            </w:r>
          </w:p>
        </w:tc>
        <w:tc>
          <w:tcPr>
            <w:tcW w:w="1077" w:type="dxa"/>
          </w:tcPr>
          <w:p w14:paraId="32B1A18B" w14:textId="77777777" w:rsidR="007833F3" w:rsidRPr="00BA0C8B" w:rsidRDefault="00000000">
            <w:pPr>
              <w:spacing w:after="0"/>
            </w:pPr>
            <w:proofErr w:type="gramStart"/>
            <w:r w:rsidRPr="00BA0C8B">
              <w:rPr>
                <w:sz w:val="18"/>
              </w:rPr>
              <w:t>1:</w:t>
            </w:r>
            <w:proofErr w:type="gramEnd"/>
            <w:r w:rsidRPr="00BA0C8B">
              <w:rPr>
                <w:sz w:val="18"/>
              </w:rPr>
              <w:t>14</w:t>
            </w:r>
          </w:p>
        </w:tc>
        <w:tc>
          <w:tcPr>
            <w:tcW w:w="4819" w:type="dxa"/>
          </w:tcPr>
          <w:p w14:paraId="638F178D" w14:textId="5D3ED21E" w:rsidR="007833F3" w:rsidRPr="00BA0C8B" w:rsidRDefault="00000000">
            <w:pPr>
              <w:spacing w:after="0"/>
            </w:pPr>
            <w:r w:rsidRPr="00BA0C8B">
              <w:rPr>
                <w:sz w:val="18"/>
              </w:rPr>
              <w:t xml:space="preserve">Tache </w:t>
            </w:r>
            <w:r w:rsidR="008B2D03" w:rsidRPr="00BA0C8B">
              <w:rPr>
                <w:sz w:val="18"/>
              </w:rPr>
              <w:t>réussie</w:t>
            </w:r>
            <w:r w:rsidRPr="00BA0C8B">
              <w:rPr>
                <w:sz w:val="18"/>
              </w:rPr>
              <w:t xml:space="preserve"> par les trois participants, mais le label "Vue d'ensemble" n'est pas </w:t>
            </w:r>
            <w:r w:rsidR="008B2D03" w:rsidRPr="00BA0C8B">
              <w:rPr>
                <w:sz w:val="18"/>
              </w:rPr>
              <w:t>immédiatement</w:t>
            </w:r>
            <w:r w:rsidRPr="00BA0C8B">
              <w:rPr>
                <w:sz w:val="18"/>
              </w:rPr>
              <w:t xml:space="preserve"> auto-explicatif.</w:t>
            </w:r>
          </w:p>
        </w:tc>
      </w:tr>
      <w:tr w:rsidR="007833F3" w:rsidRPr="00BA0C8B" w14:paraId="7FCD830E" w14:textId="77777777">
        <w:trPr>
          <w:jc w:val="center"/>
        </w:trPr>
        <w:tc>
          <w:tcPr>
            <w:tcW w:w="680" w:type="dxa"/>
          </w:tcPr>
          <w:p w14:paraId="7EC8DE42" w14:textId="77777777" w:rsidR="007833F3" w:rsidRPr="00BA0C8B" w:rsidRDefault="00000000">
            <w:pPr>
              <w:spacing w:after="0"/>
            </w:pPr>
            <w:r w:rsidRPr="00BA0C8B">
              <w:rPr>
                <w:sz w:val="18"/>
              </w:rPr>
              <w:t>T2</w:t>
            </w:r>
          </w:p>
        </w:tc>
        <w:tc>
          <w:tcPr>
            <w:tcW w:w="2608" w:type="dxa"/>
          </w:tcPr>
          <w:p w14:paraId="7B038EBF" w14:textId="43D166D5" w:rsidR="007833F3" w:rsidRPr="00BA0C8B" w:rsidRDefault="00000000">
            <w:pPr>
              <w:spacing w:after="0"/>
            </w:pPr>
            <w:r w:rsidRPr="00BA0C8B">
              <w:rPr>
                <w:sz w:val="18"/>
              </w:rPr>
              <w:t xml:space="preserve">Trouver les </w:t>
            </w:r>
            <w:r w:rsidR="008B2D03" w:rsidRPr="00BA0C8B">
              <w:rPr>
                <w:sz w:val="18"/>
              </w:rPr>
              <w:t>étapes</w:t>
            </w:r>
            <w:r w:rsidRPr="00BA0C8B">
              <w:rPr>
                <w:sz w:val="18"/>
              </w:rPr>
              <w:t xml:space="preserve"> importantes pour commencer </w:t>
            </w:r>
            <w:proofErr w:type="spellStart"/>
            <w:proofErr w:type="gramStart"/>
            <w:r w:rsidRPr="00BA0C8B">
              <w:rPr>
                <w:sz w:val="18"/>
              </w:rPr>
              <w:t>a</w:t>
            </w:r>
            <w:proofErr w:type="spellEnd"/>
            <w:proofErr w:type="gramEnd"/>
            <w:r w:rsidRPr="00BA0C8B">
              <w:rPr>
                <w:sz w:val="18"/>
              </w:rPr>
              <w:t xml:space="preserve"> s'entrainer chez soi.</w:t>
            </w:r>
          </w:p>
        </w:tc>
        <w:tc>
          <w:tcPr>
            <w:tcW w:w="1474" w:type="dxa"/>
          </w:tcPr>
          <w:p w14:paraId="5288307E" w14:textId="77777777" w:rsidR="007833F3" w:rsidRPr="00BA0C8B" w:rsidRDefault="00000000">
            <w:pPr>
              <w:spacing w:after="0"/>
            </w:pPr>
            <w:proofErr w:type="gramStart"/>
            <w:r w:rsidRPr="00BA0C8B">
              <w:rPr>
                <w:sz w:val="18"/>
              </w:rPr>
              <w:t>3:</w:t>
            </w:r>
            <w:proofErr w:type="gramEnd"/>
            <w:r w:rsidRPr="00BA0C8B">
              <w:rPr>
                <w:sz w:val="18"/>
              </w:rPr>
              <w:t>05</w:t>
            </w:r>
          </w:p>
          <w:p w14:paraId="4DB93C65" w14:textId="77777777" w:rsidR="007833F3" w:rsidRPr="00BA0C8B" w:rsidRDefault="00000000">
            <w:pPr>
              <w:spacing w:after="0"/>
            </w:pPr>
            <w:r w:rsidRPr="00BA0C8B">
              <w:rPr>
                <w:sz w:val="18"/>
              </w:rPr>
              <w:t>Blocage notable</w:t>
            </w:r>
          </w:p>
        </w:tc>
        <w:tc>
          <w:tcPr>
            <w:tcW w:w="1474" w:type="dxa"/>
          </w:tcPr>
          <w:p w14:paraId="564EDABD" w14:textId="77777777" w:rsidR="007833F3" w:rsidRPr="00BA0C8B" w:rsidRDefault="00000000">
            <w:pPr>
              <w:spacing w:after="0"/>
            </w:pPr>
            <w:proofErr w:type="gramStart"/>
            <w:r w:rsidRPr="00BA0C8B">
              <w:rPr>
                <w:sz w:val="18"/>
              </w:rPr>
              <w:t>1:</w:t>
            </w:r>
            <w:proofErr w:type="gramEnd"/>
            <w:r w:rsidRPr="00BA0C8B">
              <w:rPr>
                <w:sz w:val="18"/>
              </w:rPr>
              <w:t>50</w:t>
            </w:r>
          </w:p>
          <w:p w14:paraId="2A2A5BA7" w14:textId="77777777" w:rsidR="007833F3" w:rsidRPr="00BA0C8B" w:rsidRDefault="00000000">
            <w:pPr>
              <w:spacing w:after="0"/>
            </w:pPr>
            <w:r w:rsidRPr="00BA0C8B">
              <w:rPr>
                <w:sz w:val="18"/>
              </w:rPr>
              <w:t>Blocage notable</w:t>
            </w:r>
          </w:p>
        </w:tc>
        <w:tc>
          <w:tcPr>
            <w:tcW w:w="1474" w:type="dxa"/>
          </w:tcPr>
          <w:p w14:paraId="360AEB16" w14:textId="77777777" w:rsidR="007833F3" w:rsidRPr="00BA0C8B" w:rsidRDefault="00000000">
            <w:pPr>
              <w:spacing w:after="0"/>
            </w:pPr>
            <w:proofErr w:type="gramStart"/>
            <w:r w:rsidRPr="00BA0C8B">
              <w:rPr>
                <w:sz w:val="18"/>
              </w:rPr>
              <w:t>3:</w:t>
            </w:r>
            <w:proofErr w:type="gramEnd"/>
            <w:r w:rsidRPr="00BA0C8B">
              <w:rPr>
                <w:sz w:val="18"/>
              </w:rPr>
              <w:t>20</w:t>
            </w:r>
          </w:p>
          <w:p w14:paraId="5BE98787" w14:textId="77777777" w:rsidR="007833F3" w:rsidRPr="00BA0C8B" w:rsidRDefault="00000000">
            <w:pPr>
              <w:spacing w:after="0"/>
            </w:pPr>
            <w:r w:rsidRPr="00BA0C8B">
              <w:rPr>
                <w:sz w:val="18"/>
              </w:rPr>
              <w:t>Blocage notable</w:t>
            </w:r>
          </w:p>
        </w:tc>
        <w:tc>
          <w:tcPr>
            <w:tcW w:w="1077" w:type="dxa"/>
          </w:tcPr>
          <w:p w14:paraId="29012C66" w14:textId="77777777" w:rsidR="007833F3" w:rsidRPr="00BA0C8B" w:rsidRDefault="00000000">
            <w:pPr>
              <w:spacing w:after="0"/>
            </w:pPr>
            <w:proofErr w:type="gramStart"/>
            <w:r w:rsidRPr="00BA0C8B">
              <w:rPr>
                <w:sz w:val="18"/>
              </w:rPr>
              <w:t>2:</w:t>
            </w:r>
            <w:proofErr w:type="gramEnd"/>
            <w:r w:rsidRPr="00BA0C8B">
              <w:rPr>
                <w:sz w:val="18"/>
              </w:rPr>
              <w:t>45</w:t>
            </w:r>
          </w:p>
        </w:tc>
        <w:tc>
          <w:tcPr>
            <w:tcW w:w="4819" w:type="dxa"/>
          </w:tcPr>
          <w:p w14:paraId="2D10FD2D" w14:textId="1C3BFD39" w:rsidR="007833F3" w:rsidRPr="00BA0C8B" w:rsidRDefault="008B2D03">
            <w:pPr>
              <w:spacing w:after="0"/>
            </w:pPr>
            <w:r w:rsidRPr="00BA0C8B">
              <w:rPr>
                <w:sz w:val="18"/>
              </w:rPr>
              <w:t>Problème</w:t>
            </w:r>
            <w:r w:rsidR="00000000" w:rsidRPr="00BA0C8B">
              <w:rPr>
                <w:sz w:val="18"/>
              </w:rPr>
              <w:t xml:space="preserve"> le plus net du test : les trois participants passent d'abord par "</w:t>
            </w:r>
            <w:r w:rsidRPr="00BA0C8B">
              <w:rPr>
                <w:sz w:val="18"/>
              </w:rPr>
              <w:t>Séance</w:t>
            </w:r>
            <w:r w:rsidR="00000000" w:rsidRPr="00BA0C8B">
              <w:rPr>
                <w:sz w:val="18"/>
              </w:rPr>
              <w:t xml:space="preserve"> </w:t>
            </w:r>
            <w:proofErr w:type="spellStart"/>
            <w:r w:rsidR="00000000" w:rsidRPr="00BA0C8B">
              <w:rPr>
                <w:sz w:val="18"/>
              </w:rPr>
              <w:t>a</w:t>
            </w:r>
            <w:proofErr w:type="spellEnd"/>
            <w:r w:rsidR="00000000" w:rsidRPr="00BA0C8B">
              <w:rPr>
                <w:sz w:val="18"/>
              </w:rPr>
              <w:t xml:space="preserve"> domicile" avant de trouver "Guide </w:t>
            </w:r>
            <w:r w:rsidRPr="00BA0C8B">
              <w:rPr>
                <w:sz w:val="18"/>
              </w:rPr>
              <w:t>première</w:t>
            </w:r>
            <w:r w:rsidR="00000000" w:rsidRPr="00BA0C8B">
              <w:rPr>
                <w:sz w:val="18"/>
              </w:rPr>
              <w:t xml:space="preserve"> </w:t>
            </w:r>
            <w:r w:rsidR="008643AF" w:rsidRPr="00BA0C8B">
              <w:rPr>
                <w:sz w:val="18"/>
              </w:rPr>
              <w:t>séance</w:t>
            </w:r>
            <w:r w:rsidR="00000000" w:rsidRPr="00BA0C8B">
              <w:rPr>
                <w:sz w:val="18"/>
              </w:rPr>
              <w:t>".</w:t>
            </w:r>
            <w:r>
              <w:rPr>
                <w:sz w:val="18"/>
              </w:rPr>
              <w:t xml:space="preserve"> La page séance à domicile n’a aucun lien vers guide de première séance et les </w:t>
            </w:r>
            <w:r w:rsidR="00CE1A3C">
              <w:rPr>
                <w:sz w:val="18"/>
              </w:rPr>
              <w:t>labels ne sont pas</w:t>
            </w:r>
            <w:r>
              <w:rPr>
                <w:sz w:val="18"/>
              </w:rPr>
              <w:t xml:space="preserve"> claires le guide de première séance il est à faire à la maison (problème de doublons)</w:t>
            </w:r>
            <w:r w:rsidR="00CE1A3C">
              <w:rPr>
                <w:sz w:val="18"/>
              </w:rPr>
              <w:t xml:space="preserve"> </w:t>
            </w:r>
          </w:p>
        </w:tc>
      </w:tr>
      <w:tr w:rsidR="007833F3" w:rsidRPr="00BA0C8B" w14:paraId="632B699A" w14:textId="77777777">
        <w:trPr>
          <w:jc w:val="center"/>
        </w:trPr>
        <w:tc>
          <w:tcPr>
            <w:tcW w:w="680" w:type="dxa"/>
          </w:tcPr>
          <w:p w14:paraId="0A29BCE1" w14:textId="77777777" w:rsidR="007833F3" w:rsidRPr="00BA0C8B" w:rsidRDefault="00000000">
            <w:pPr>
              <w:spacing w:after="0"/>
            </w:pPr>
            <w:r w:rsidRPr="00BA0C8B">
              <w:rPr>
                <w:sz w:val="18"/>
              </w:rPr>
              <w:t>T3</w:t>
            </w:r>
          </w:p>
        </w:tc>
        <w:tc>
          <w:tcPr>
            <w:tcW w:w="2608" w:type="dxa"/>
          </w:tcPr>
          <w:p w14:paraId="7E3FC2E6" w14:textId="77CE0824" w:rsidR="007833F3" w:rsidRPr="00BA0C8B" w:rsidRDefault="00000000">
            <w:pPr>
              <w:spacing w:after="0"/>
            </w:pPr>
            <w:r w:rsidRPr="00BA0C8B">
              <w:rPr>
                <w:sz w:val="18"/>
              </w:rPr>
              <w:t xml:space="preserve">Trouver un coach adapte pour </w:t>
            </w:r>
            <w:r w:rsidR="004C6428" w:rsidRPr="00BA0C8B">
              <w:rPr>
                <w:sz w:val="18"/>
              </w:rPr>
              <w:t>débuter</w:t>
            </w:r>
            <w:r w:rsidRPr="00BA0C8B">
              <w:rPr>
                <w:sz w:val="18"/>
              </w:rPr>
              <w:t xml:space="preserve"> des entrainements de force.</w:t>
            </w:r>
          </w:p>
        </w:tc>
        <w:tc>
          <w:tcPr>
            <w:tcW w:w="1474" w:type="dxa"/>
          </w:tcPr>
          <w:p w14:paraId="6F24F67A" w14:textId="77777777" w:rsidR="007833F3" w:rsidRPr="00BA0C8B" w:rsidRDefault="00000000">
            <w:pPr>
              <w:spacing w:after="0"/>
            </w:pPr>
            <w:proofErr w:type="gramStart"/>
            <w:r w:rsidRPr="00BA0C8B">
              <w:rPr>
                <w:sz w:val="18"/>
              </w:rPr>
              <w:t>1:</w:t>
            </w:r>
            <w:proofErr w:type="gramEnd"/>
            <w:r w:rsidRPr="00BA0C8B">
              <w:rPr>
                <w:sz w:val="18"/>
              </w:rPr>
              <w:t>20</w:t>
            </w:r>
          </w:p>
          <w:p w14:paraId="78108926" w14:textId="17A435E6" w:rsidR="007833F3" w:rsidRPr="00BA0C8B" w:rsidRDefault="008B2D03">
            <w:pPr>
              <w:spacing w:after="0"/>
            </w:pPr>
            <w:r w:rsidRPr="00BA0C8B">
              <w:rPr>
                <w:sz w:val="18"/>
              </w:rPr>
              <w:t>Réussie</w:t>
            </w:r>
          </w:p>
        </w:tc>
        <w:tc>
          <w:tcPr>
            <w:tcW w:w="1474" w:type="dxa"/>
          </w:tcPr>
          <w:p w14:paraId="2D6A6720" w14:textId="77777777" w:rsidR="007833F3" w:rsidRPr="00BA0C8B" w:rsidRDefault="00000000">
            <w:pPr>
              <w:spacing w:after="0"/>
            </w:pPr>
            <w:proofErr w:type="gramStart"/>
            <w:r w:rsidRPr="00BA0C8B">
              <w:rPr>
                <w:sz w:val="18"/>
              </w:rPr>
              <w:t>0:</w:t>
            </w:r>
            <w:proofErr w:type="gramEnd"/>
            <w:r w:rsidRPr="00BA0C8B">
              <w:rPr>
                <w:sz w:val="18"/>
              </w:rPr>
              <w:t>58</w:t>
            </w:r>
          </w:p>
          <w:p w14:paraId="6602F4E3" w14:textId="488B5EF6" w:rsidR="007833F3" w:rsidRPr="00BA0C8B" w:rsidRDefault="008643AF">
            <w:pPr>
              <w:spacing w:after="0"/>
            </w:pPr>
            <w:r w:rsidRPr="00BA0C8B">
              <w:rPr>
                <w:sz w:val="18"/>
              </w:rPr>
              <w:t>Réussie</w:t>
            </w:r>
          </w:p>
        </w:tc>
        <w:tc>
          <w:tcPr>
            <w:tcW w:w="1474" w:type="dxa"/>
          </w:tcPr>
          <w:p w14:paraId="1A79A67F" w14:textId="77777777" w:rsidR="007833F3" w:rsidRPr="00BA0C8B" w:rsidRDefault="00000000">
            <w:pPr>
              <w:spacing w:after="0"/>
            </w:pPr>
            <w:proofErr w:type="gramStart"/>
            <w:r w:rsidRPr="00BA0C8B">
              <w:rPr>
                <w:sz w:val="18"/>
              </w:rPr>
              <w:t>1:</w:t>
            </w:r>
            <w:proofErr w:type="gramEnd"/>
            <w:r w:rsidRPr="00BA0C8B">
              <w:rPr>
                <w:sz w:val="18"/>
              </w:rPr>
              <w:t>35</w:t>
            </w:r>
          </w:p>
          <w:p w14:paraId="47F51D8B" w14:textId="6BFB31E5" w:rsidR="007833F3" w:rsidRPr="00BA0C8B" w:rsidRDefault="008643AF">
            <w:pPr>
              <w:spacing w:after="0"/>
            </w:pPr>
            <w:r w:rsidRPr="00BA0C8B">
              <w:rPr>
                <w:sz w:val="18"/>
              </w:rPr>
              <w:t>Réussie</w:t>
            </w:r>
          </w:p>
        </w:tc>
        <w:tc>
          <w:tcPr>
            <w:tcW w:w="1077" w:type="dxa"/>
          </w:tcPr>
          <w:p w14:paraId="217B3B4F" w14:textId="77777777" w:rsidR="007833F3" w:rsidRPr="00BA0C8B" w:rsidRDefault="00000000">
            <w:pPr>
              <w:spacing w:after="0"/>
            </w:pPr>
            <w:proofErr w:type="gramStart"/>
            <w:r w:rsidRPr="00BA0C8B">
              <w:rPr>
                <w:sz w:val="18"/>
              </w:rPr>
              <w:t>1:</w:t>
            </w:r>
            <w:proofErr w:type="gramEnd"/>
            <w:r w:rsidRPr="00BA0C8B">
              <w:rPr>
                <w:sz w:val="18"/>
              </w:rPr>
              <w:t>18</w:t>
            </w:r>
          </w:p>
        </w:tc>
        <w:tc>
          <w:tcPr>
            <w:tcW w:w="4819" w:type="dxa"/>
          </w:tcPr>
          <w:p w14:paraId="0F9F0910" w14:textId="66E66125" w:rsidR="007833F3" w:rsidRPr="00BA0C8B" w:rsidRDefault="00000000">
            <w:pPr>
              <w:spacing w:after="0"/>
            </w:pPr>
            <w:r w:rsidRPr="00BA0C8B">
              <w:rPr>
                <w:sz w:val="18"/>
              </w:rPr>
              <w:t xml:space="preserve">Mubarez est correctement identifie </w:t>
            </w:r>
            <w:r w:rsidR="004C6428" w:rsidRPr="00BA0C8B">
              <w:rPr>
                <w:sz w:val="18"/>
              </w:rPr>
              <w:t>grâce</w:t>
            </w:r>
            <w:r w:rsidRPr="00BA0C8B">
              <w:rPr>
                <w:sz w:val="18"/>
              </w:rPr>
              <w:t xml:space="preserve"> au </w:t>
            </w:r>
            <w:r w:rsidR="004C6428" w:rsidRPr="00BA0C8B">
              <w:rPr>
                <w:sz w:val="18"/>
              </w:rPr>
              <w:t>mot-clé</w:t>
            </w:r>
            <w:r w:rsidRPr="00BA0C8B">
              <w:rPr>
                <w:sz w:val="18"/>
              </w:rPr>
              <w:t xml:space="preserve"> "force", mais l'</w:t>
            </w:r>
            <w:r w:rsidR="004C6428" w:rsidRPr="00BA0C8B">
              <w:rPr>
                <w:sz w:val="18"/>
              </w:rPr>
              <w:t>entrée</w:t>
            </w:r>
            <w:r w:rsidRPr="00BA0C8B">
              <w:rPr>
                <w:sz w:val="18"/>
              </w:rPr>
              <w:t xml:space="preserve"> "</w:t>
            </w:r>
            <w:r w:rsidR="004C6428" w:rsidRPr="00BA0C8B">
              <w:rPr>
                <w:sz w:val="18"/>
              </w:rPr>
              <w:t>Réserver</w:t>
            </w:r>
            <w:r w:rsidRPr="00BA0C8B">
              <w:rPr>
                <w:sz w:val="18"/>
              </w:rPr>
              <w:t xml:space="preserve"> un appel" est </w:t>
            </w:r>
            <w:r w:rsidR="004C6428" w:rsidRPr="00BA0C8B">
              <w:rPr>
                <w:sz w:val="18"/>
              </w:rPr>
              <w:t>interprétée</w:t>
            </w:r>
            <w:r w:rsidRPr="00BA0C8B">
              <w:rPr>
                <w:sz w:val="18"/>
              </w:rPr>
              <w:t xml:space="preserve"> de </w:t>
            </w:r>
            <w:r w:rsidR="004C6428" w:rsidRPr="00BA0C8B">
              <w:rPr>
                <w:sz w:val="18"/>
              </w:rPr>
              <w:t>façon</w:t>
            </w:r>
            <w:r w:rsidRPr="00BA0C8B">
              <w:rPr>
                <w:sz w:val="18"/>
              </w:rPr>
              <w:t xml:space="preserve"> variable</w:t>
            </w:r>
            <w:r w:rsidR="004C6428">
              <w:rPr>
                <w:sz w:val="18"/>
              </w:rPr>
              <w:t xml:space="preserve"> certain participant ont </w:t>
            </w:r>
            <w:r w:rsidR="008643AF">
              <w:rPr>
                <w:sz w:val="18"/>
              </w:rPr>
              <w:t>mis</w:t>
            </w:r>
            <w:r w:rsidR="004C6428">
              <w:rPr>
                <w:sz w:val="18"/>
              </w:rPr>
              <w:t xml:space="preserve"> du temps à comprendre que pour trouver un coach faut appuyer sur réserver un appel car ils ont cru que réserver un appel c’est pour parler avec la direction </w:t>
            </w:r>
            <w:proofErr w:type="gramStart"/>
            <w:r w:rsidR="004C6428">
              <w:rPr>
                <w:sz w:val="18"/>
              </w:rPr>
              <w:t>et  non</w:t>
            </w:r>
            <w:proofErr w:type="gramEnd"/>
            <w:r w:rsidR="004C6428">
              <w:rPr>
                <w:sz w:val="18"/>
              </w:rPr>
              <w:t xml:space="preserve"> pas pour trouver un </w:t>
            </w:r>
            <w:r w:rsidR="008643AF">
              <w:rPr>
                <w:sz w:val="18"/>
              </w:rPr>
              <w:t>coach.</w:t>
            </w:r>
          </w:p>
        </w:tc>
      </w:tr>
      <w:tr w:rsidR="007833F3" w:rsidRPr="00BA0C8B" w14:paraId="28FF1757" w14:textId="77777777">
        <w:trPr>
          <w:jc w:val="center"/>
        </w:trPr>
        <w:tc>
          <w:tcPr>
            <w:tcW w:w="680" w:type="dxa"/>
          </w:tcPr>
          <w:p w14:paraId="137F1B08" w14:textId="77777777" w:rsidR="007833F3" w:rsidRPr="00BA0C8B" w:rsidRDefault="00000000">
            <w:pPr>
              <w:spacing w:after="0"/>
            </w:pPr>
            <w:r w:rsidRPr="00BA0C8B">
              <w:rPr>
                <w:sz w:val="18"/>
              </w:rPr>
              <w:t>T4</w:t>
            </w:r>
          </w:p>
        </w:tc>
        <w:tc>
          <w:tcPr>
            <w:tcW w:w="2608" w:type="dxa"/>
          </w:tcPr>
          <w:p w14:paraId="0E3CAC78" w14:textId="0693D0A0" w:rsidR="007833F3" w:rsidRPr="00BA0C8B" w:rsidRDefault="00000000">
            <w:pPr>
              <w:spacing w:after="0"/>
            </w:pPr>
            <w:r w:rsidRPr="00BA0C8B">
              <w:rPr>
                <w:sz w:val="18"/>
              </w:rPr>
              <w:t xml:space="preserve">Savoir </w:t>
            </w:r>
            <w:r w:rsidR="004C6428" w:rsidRPr="00BA0C8B">
              <w:rPr>
                <w:sz w:val="18"/>
              </w:rPr>
              <w:t>après</w:t>
            </w:r>
            <w:r w:rsidRPr="00BA0C8B">
              <w:rPr>
                <w:sz w:val="18"/>
              </w:rPr>
              <w:t xml:space="preserve"> combien de temps un niveau avance </w:t>
            </w:r>
            <w:proofErr w:type="gramStart"/>
            <w:r w:rsidRPr="00BA0C8B">
              <w:rPr>
                <w:sz w:val="18"/>
              </w:rPr>
              <w:t xml:space="preserve">peut </w:t>
            </w:r>
            <w:r w:rsidR="004C6428" w:rsidRPr="00BA0C8B">
              <w:rPr>
                <w:sz w:val="18"/>
              </w:rPr>
              <w:t>être</w:t>
            </w:r>
            <w:proofErr w:type="gramEnd"/>
            <w:r w:rsidRPr="00BA0C8B">
              <w:rPr>
                <w:sz w:val="18"/>
              </w:rPr>
              <w:t xml:space="preserve"> atteint.</w:t>
            </w:r>
          </w:p>
        </w:tc>
        <w:tc>
          <w:tcPr>
            <w:tcW w:w="1474" w:type="dxa"/>
          </w:tcPr>
          <w:p w14:paraId="48B131AA" w14:textId="77777777" w:rsidR="007833F3" w:rsidRPr="00BA0C8B" w:rsidRDefault="00000000">
            <w:pPr>
              <w:spacing w:after="0"/>
            </w:pPr>
            <w:proofErr w:type="gramStart"/>
            <w:r w:rsidRPr="00BA0C8B">
              <w:rPr>
                <w:sz w:val="18"/>
              </w:rPr>
              <w:t>2:</w:t>
            </w:r>
            <w:proofErr w:type="gramEnd"/>
            <w:r w:rsidRPr="00BA0C8B">
              <w:rPr>
                <w:sz w:val="18"/>
              </w:rPr>
              <w:t>10</w:t>
            </w:r>
          </w:p>
          <w:p w14:paraId="50CB17D4" w14:textId="5B5D1230" w:rsidR="007833F3" w:rsidRPr="00BA0C8B" w:rsidRDefault="008643AF">
            <w:pPr>
              <w:spacing w:after="0"/>
            </w:pPr>
            <w:r w:rsidRPr="00BA0C8B">
              <w:rPr>
                <w:sz w:val="18"/>
              </w:rPr>
              <w:t>Réussie</w:t>
            </w:r>
          </w:p>
        </w:tc>
        <w:tc>
          <w:tcPr>
            <w:tcW w:w="1474" w:type="dxa"/>
          </w:tcPr>
          <w:p w14:paraId="1A5E0E63" w14:textId="77777777" w:rsidR="007833F3" w:rsidRPr="00BA0C8B" w:rsidRDefault="00000000">
            <w:pPr>
              <w:spacing w:after="0"/>
            </w:pPr>
            <w:proofErr w:type="gramStart"/>
            <w:r w:rsidRPr="00BA0C8B">
              <w:rPr>
                <w:sz w:val="18"/>
              </w:rPr>
              <w:t>1:</w:t>
            </w:r>
            <w:proofErr w:type="gramEnd"/>
            <w:r w:rsidRPr="00BA0C8B">
              <w:rPr>
                <w:sz w:val="18"/>
              </w:rPr>
              <w:t>22</w:t>
            </w:r>
          </w:p>
          <w:p w14:paraId="255AB4CC" w14:textId="4EE24DFC" w:rsidR="007833F3" w:rsidRPr="00BA0C8B" w:rsidRDefault="008643AF">
            <w:pPr>
              <w:spacing w:after="0"/>
            </w:pPr>
            <w:r w:rsidRPr="00BA0C8B">
              <w:rPr>
                <w:sz w:val="18"/>
              </w:rPr>
              <w:t>Réussie</w:t>
            </w:r>
          </w:p>
        </w:tc>
        <w:tc>
          <w:tcPr>
            <w:tcW w:w="1474" w:type="dxa"/>
          </w:tcPr>
          <w:p w14:paraId="23D6BEDE" w14:textId="77777777" w:rsidR="007833F3" w:rsidRPr="00BA0C8B" w:rsidRDefault="00000000">
            <w:pPr>
              <w:spacing w:after="0"/>
            </w:pPr>
            <w:proofErr w:type="gramStart"/>
            <w:r w:rsidRPr="00BA0C8B">
              <w:rPr>
                <w:sz w:val="18"/>
              </w:rPr>
              <w:t>2:</w:t>
            </w:r>
            <w:proofErr w:type="gramEnd"/>
            <w:r w:rsidRPr="00BA0C8B">
              <w:rPr>
                <w:sz w:val="18"/>
              </w:rPr>
              <w:t>05</w:t>
            </w:r>
          </w:p>
          <w:p w14:paraId="00650C71" w14:textId="776DAD73" w:rsidR="007833F3" w:rsidRPr="00BA0C8B" w:rsidRDefault="008643AF">
            <w:pPr>
              <w:spacing w:after="0"/>
            </w:pPr>
            <w:r w:rsidRPr="00BA0C8B">
              <w:rPr>
                <w:sz w:val="18"/>
              </w:rPr>
              <w:t>Réussie</w:t>
            </w:r>
          </w:p>
        </w:tc>
        <w:tc>
          <w:tcPr>
            <w:tcW w:w="1077" w:type="dxa"/>
          </w:tcPr>
          <w:p w14:paraId="3F9AEA99" w14:textId="77777777" w:rsidR="007833F3" w:rsidRPr="00BA0C8B" w:rsidRDefault="00000000">
            <w:pPr>
              <w:spacing w:after="0"/>
            </w:pPr>
            <w:proofErr w:type="gramStart"/>
            <w:r w:rsidRPr="00BA0C8B">
              <w:rPr>
                <w:sz w:val="18"/>
              </w:rPr>
              <w:t>1:</w:t>
            </w:r>
            <w:proofErr w:type="gramEnd"/>
            <w:r w:rsidRPr="00BA0C8B">
              <w:rPr>
                <w:sz w:val="18"/>
              </w:rPr>
              <w:t>52</w:t>
            </w:r>
          </w:p>
        </w:tc>
        <w:tc>
          <w:tcPr>
            <w:tcW w:w="4819" w:type="dxa"/>
          </w:tcPr>
          <w:p w14:paraId="3526B51E" w14:textId="3FA76B7A" w:rsidR="007833F3" w:rsidRPr="00BA0C8B" w:rsidRDefault="00000000">
            <w:pPr>
              <w:spacing w:after="0"/>
            </w:pPr>
            <w:r w:rsidRPr="00BA0C8B">
              <w:rPr>
                <w:sz w:val="18"/>
              </w:rPr>
              <w:t>Le contenu de progression est jug</w:t>
            </w:r>
            <w:r w:rsidR="004C6428">
              <w:rPr>
                <w:sz w:val="18"/>
              </w:rPr>
              <w:t>é</w:t>
            </w:r>
            <w:r w:rsidRPr="00BA0C8B">
              <w:rPr>
                <w:sz w:val="18"/>
              </w:rPr>
              <w:t xml:space="preserve"> clair une fois trouv</w:t>
            </w:r>
            <w:r w:rsidR="004C6428">
              <w:rPr>
                <w:sz w:val="18"/>
              </w:rPr>
              <w:t>é</w:t>
            </w:r>
            <w:r w:rsidRPr="00BA0C8B">
              <w:rPr>
                <w:sz w:val="18"/>
              </w:rPr>
              <w:t xml:space="preserve"> ; le frein est surtout la </w:t>
            </w:r>
            <w:proofErr w:type="spellStart"/>
            <w:r w:rsidRPr="00BA0C8B">
              <w:rPr>
                <w:sz w:val="18"/>
              </w:rPr>
              <w:t>retrouvabilite</w:t>
            </w:r>
            <w:proofErr w:type="spellEnd"/>
            <w:r w:rsidRPr="00BA0C8B">
              <w:rPr>
                <w:sz w:val="18"/>
              </w:rPr>
              <w:t xml:space="preserve"> du bon sous-menu</w:t>
            </w:r>
            <w:r w:rsidR="004C6428">
              <w:rPr>
                <w:sz w:val="18"/>
              </w:rPr>
              <w:t xml:space="preserve"> </w:t>
            </w:r>
            <w:r w:rsidR="008643AF">
              <w:rPr>
                <w:sz w:val="18"/>
              </w:rPr>
              <w:t>la rubrique vue</w:t>
            </w:r>
            <w:r w:rsidR="004C6428">
              <w:rPr>
                <w:sz w:val="18"/>
              </w:rPr>
              <w:t xml:space="preserve"> d’ensemble n’est pas intuitive et </w:t>
            </w:r>
            <w:proofErr w:type="spellStart"/>
            <w:proofErr w:type="gramStart"/>
            <w:r w:rsidR="004C6428">
              <w:rPr>
                <w:sz w:val="18"/>
              </w:rPr>
              <w:t>à</w:t>
            </w:r>
            <w:proofErr w:type="spellEnd"/>
            <w:proofErr w:type="gramEnd"/>
            <w:r w:rsidR="004C6428">
              <w:rPr>
                <w:sz w:val="18"/>
              </w:rPr>
              <w:t xml:space="preserve"> fait </w:t>
            </w:r>
            <w:r w:rsidR="008643AF">
              <w:rPr>
                <w:sz w:val="18"/>
              </w:rPr>
              <w:t>perdre</w:t>
            </w:r>
            <w:r w:rsidR="004C6428">
              <w:rPr>
                <w:sz w:val="18"/>
              </w:rPr>
              <w:t xml:space="preserve"> du temps</w:t>
            </w:r>
          </w:p>
        </w:tc>
      </w:tr>
      <w:tr w:rsidR="007833F3" w:rsidRPr="00BA0C8B" w14:paraId="015E9885" w14:textId="77777777">
        <w:trPr>
          <w:jc w:val="center"/>
        </w:trPr>
        <w:tc>
          <w:tcPr>
            <w:tcW w:w="680" w:type="dxa"/>
          </w:tcPr>
          <w:p w14:paraId="5D2F3D78" w14:textId="77777777" w:rsidR="007833F3" w:rsidRPr="00BA0C8B" w:rsidRDefault="00000000">
            <w:pPr>
              <w:spacing w:after="0"/>
            </w:pPr>
            <w:r w:rsidRPr="00BA0C8B">
              <w:rPr>
                <w:sz w:val="18"/>
              </w:rPr>
              <w:t>T5</w:t>
            </w:r>
          </w:p>
        </w:tc>
        <w:tc>
          <w:tcPr>
            <w:tcW w:w="2608" w:type="dxa"/>
          </w:tcPr>
          <w:p w14:paraId="78560EC4" w14:textId="7A0EE334" w:rsidR="007833F3" w:rsidRPr="00BA0C8B" w:rsidRDefault="00000000">
            <w:pPr>
              <w:spacing w:after="0"/>
            </w:pPr>
            <w:r w:rsidRPr="00BA0C8B">
              <w:rPr>
                <w:sz w:val="18"/>
              </w:rPr>
              <w:t xml:space="preserve">Trouver et lire les </w:t>
            </w:r>
            <w:r w:rsidR="004C6428" w:rsidRPr="00BA0C8B">
              <w:rPr>
                <w:sz w:val="18"/>
              </w:rPr>
              <w:t>témoignages</w:t>
            </w:r>
            <w:r w:rsidRPr="00BA0C8B">
              <w:rPr>
                <w:sz w:val="18"/>
              </w:rPr>
              <w:t xml:space="preserve"> de membres sur leurs </w:t>
            </w:r>
            <w:r w:rsidR="004C6428" w:rsidRPr="00BA0C8B">
              <w:rPr>
                <w:sz w:val="18"/>
              </w:rPr>
              <w:t>progrès</w:t>
            </w:r>
            <w:r w:rsidRPr="00BA0C8B">
              <w:rPr>
                <w:sz w:val="18"/>
              </w:rPr>
              <w:t>.</w:t>
            </w:r>
          </w:p>
        </w:tc>
        <w:tc>
          <w:tcPr>
            <w:tcW w:w="1474" w:type="dxa"/>
          </w:tcPr>
          <w:p w14:paraId="18815DCE" w14:textId="77777777" w:rsidR="007833F3" w:rsidRPr="00BA0C8B" w:rsidRDefault="00000000">
            <w:pPr>
              <w:spacing w:after="0"/>
            </w:pPr>
            <w:proofErr w:type="gramStart"/>
            <w:r w:rsidRPr="00BA0C8B">
              <w:rPr>
                <w:sz w:val="18"/>
              </w:rPr>
              <w:t>2:</w:t>
            </w:r>
            <w:proofErr w:type="gramEnd"/>
            <w:r w:rsidRPr="00BA0C8B">
              <w:rPr>
                <w:sz w:val="18"/>
              </w:rPr>
              <w:t>30</w:t>
            </w:r>
          </w:p>
          <w:p w14:paraId="35F87131" w14:textId="4972C229" w:rsidR="007833F3" w:rsidRPr="00BA0C8B" w:rsidRDefault="008643AF">
            <w:pPr>
              <w:spacing w:after="0"/>
            </w:pPr>
            <w:r w:rsidRPr="00BA0C8B">
              <w:rPr>
                <w:sz w:val="18"/>
              </w:rPr>
              <w:t>Hésitation</w:t>
            </w:r>
            <w:r w:rsidR="00000000" w:rsidRPr="00BA0C8B">
              <w:rPr>
                <w:sz w:val="18"/>
              </w:rPr>
              <w:t xml:space="preserve"> forte</w:t>
            </w:r>
          </w:p>
        </w:tc>
        <w:tc>
          <w:tcPr>
            <w:tcW w:w="1474" w:type="dxa"/>
          </w:tcPr>
          <w:p w14:paraId="171B37F9" w14:textId="77777777" w:rsidR="007833F3" w:rsidRPr="00BA0C8B" w:rsidRDefault="00000000">
            <w:pPr>
              <w:spacing w:after="0"/>
            </w:pPr>
            <w:proofErr w:type="gramStart"/>
            <w:r w:rsidRPr="00BA0C8B">
              <w:rPr>
                <w:sz w:val="18"/>
              </w:rPr>
              <w:t>1:</w:t>
            </w:r>
            <w:proofErr w:type="gramEnd"/>
            <w:r w:rsidRPr="00BA0C8B">
              <w:rPr>
                <w:sz w:val="18"/>
              </w:rPr>
              <w:t>18</w:t>
            </w:r>
          </w:p>
          <w:p w14:paraId="0A3F16C3" w14:textId="42331974" w:rsidR="007833F3" w:rsidRPr="00BA0C8B" w:rsidRDefault="008643AF">
            <w:pPr>
              <w:spacing w:after="0"/>
            </w:pPr>
            <w:r w:rsidRPr="00BA0C8B">
              <w:rPr>
                <w:sz w:val="18"/>
              </w:rPr>
              <w:t>Hésitation</w:t>
            </w:r>
          </w:p>
        </w:tc>
        <w:tc>
          <w:tcPr>
            <w:tcW w:w="1474" w:type="dxa"/>
          </w:tcPr>
          <w:p w14:paraId="3158FF5F" w14:textId="77777777" w:rsidR="007833F3" w:rsidRPr="00BA0C8B" w:rsidRDefault="00000000">
            <w:pPr>
              <w:spacing w:after="0"/>
            </w:pPr>
            <w:proofErr w:type="gramStart"/>
            <w:r w:rsidRPr="00BA0C8B">
              <w:rPr>
                <w:sz w:val="18"/>
              </w:rPr>
              <w:t>2:</w:t>
            </w:r>
            <w:proofErr w:type="gramEnd"/>
            <w:r w:rsidRPr="00BA0C8B">
              <w:rPr>
                <w:sz w:val="18"/>
              </w:rPr>
              <w:t>30</w:t>
            </w:r>
          </w:p>
          <w:p w14:paraId="3E49B2C2" w14:textId="77777777" w:rsidR="007833F3" w:rsidRPr="00BA0C8B" w:rsidRDefault="00000000">
            <w:pPr>
              <w:spacing w:after="0"/>
            </w:pPr>
            <w:r w:rsidRPr="00BA0C8B">
              <w:rPr>
                <w:sz w:val="18"/>
              </w:rPr>
              <w:t>Blocage notable</w:t>
            </w:r>
          </w:p>
        </w:tc>
        <w:tc>
          <w:tcPr>
            <w:tcW w:w="1077" w:type="dxa"/>
          </w:tcPr>
          <w:p w14:paraId="2C5B8EC0" w14:textId="77777777" w:rsidR="007833F3" w:rsidRPr="00BA0C8B" w:rsidRDefault="00000000">
            <w:pPr>
              <w:spacing w:after="0"/>
            </w:pPr>
            <w:proofErr w:type="gramStart"/>
            <w:r w:rsidRPr="00BA0C8B">
              <w:rPr>
                <w:sz w:val="18"/>
              </w:rPr>
              <w:t>2:</w:t>
            </w:r>
            <w:proofErr w:type="gramEnd"/>
            <w:r w:rsidRPr="00BA0C8B">
              <w:rPr>
                <w:sz w:val="18"/>
              </w:rPr>
              <w:t>06</w:t>
            </w:r>
          </w:p>
        </w:tc>
        <w:tc>
          <w:tcPr>
            <w:tcW w:w="4819" w:type="dxa"/>
          </w:tcPr>
          <w:p w14:paraId="4F802029" w14:textId="69CAB709" w:rsidR="007833F3" w:rsidRPr="00BA0C8B" w:rsidRDefault="00000000">
            <w:pPr>
              <w:spacing w:after="0"/>
            </w:pPr>
            <w:r w:rsidRPr="00BA0C8B">
              <w:rPr>
                <w:sz w:val="18"/>
              </w:rPr>
              <w:t xml:space="preserve">Les </w:t>
            </w:r>
            <w:r w:rsidR="008643AF" w:rsidRPr="00BA0C8B">
              <w:rPr>
                <w:sz w:val="18"/>
              </w:rPr>
              <w:t>témoignages</w:t>
            </w:r>
            <w:r w:rsidRPr="00BA0C8B">
              <w:rPr>
                <w:sz w:val="18"/>
              </w:rPr>
              <w:t xml:space="preserve"> sont </w:t>
            </w:r>
            <w:r w:rsidR="008643AF" w:rsidRPr="00BA0C8B">
              <w:rPr>
                <w:sz w:val="18"/>
              </w:rPr>
              <w:t>systématiquement</w:t>
            </w:r>
            <w:r w:rsidRPr="00BA0C8B">
              <w:rPr>
                <w:sz w:val="18"/>
              </w:rPr>
              <w:t xml:space="preserve"> </w:t>
            </w:r>
            <w:proofErr w:type="gramStart"/>
            <w:r w:rsidRPr="00BA0C8B">
              <w:rPr>
                <w:sz w:val="18"/>
              </w:rPr>
              <w:t>cherches</w:t>
            </w:r>
            <w:proofErr w:type="gramEnd"/>
            <w:r w:rsidRPr="00BA0C8B">
              <w:rPr>
                <w:sz w:val="18"/>
              </w:rPr>
              <w:t xml:space="preserve"> ailleurs avant d'</w:t>
            </w:r>
            <w:r w:rsidR="004C6428" w:rsidRPr="00BA0C8B">
              <w:rPr>
                <w:sz w:val="18"/>
              </w:rPr>
              <w:t>être</w:t>
            </w:r>
            <w:r w:rsidRPr="00BA0C8B">
              <w:rPr>
                <w:sz w:val="18"/>
              </w:rPr>
              <w:t xml:space="preserve"> trouves sous "Motivation / Bien-</w:t>
            </w:r>
            <w:proofErr w:type="gramStart"/>
            <w:r w:rsidR="008643AF" w:rsidRPr="00BA0C8B">
              <w:rPr>
                <w:sz w:val="18"/>
              </w:rPr>
              <w:t>être»</w:t>
            </w:r>
            <w:proofErr w:type="gramEnd"/>
            <w:r w:rsidR="008643AF" w:rsidRPr="00BA0C8B">
              <w:rPr>
                <w:sz w:val="18"/>
              </w:rPr>
              <w:t>.</w:t>
            </w:r>
            <w:r w:rsidR="008643AF">
              <w:rPr>
                <w:sz w:val="18"/>
              </w:rPr>
              <w:t xml:space="preserve"> </w:t>
            </w:r>
            <w:proofErr w:type="spellStart"/>
            <w:r w:rsidR="008643AF">
              <w:rPr>
                <w:sz w:val="18"/>
              </w:rPr>
              <w:t>Tout</w:t>
            </w:r>
            <w:proofErr w:type="spellEnd"/>
            <w:r w:rsidR="004C6428">
              <w:rPr>
                <w:sz w:val="18"/>
              </w:rPr>
              <w:t xml:space="preserve"> les participant ont cherché dans la page progression d’abord </w:t>
            </w:r>
          </w:p>
        </w:tc>
      </w:tr>
    </w:tbl>
    <w:p w14:paraId="250DCEB4" w14:textId="77777777" w:rsidR="007833F3" w:rsidRPr="00BA0C8B" w:rsidRDefault="007833F3">
      <w:pPr>
        <w:sectPr w:rsidR="007833F3" w:rsidRPr="00BA0C8B">
          <w:pgSz w:w="15840" w:h="12240" w:orient="landscape"/>
          <w:pgMar w:top="1020" w:right="907" w:bottom="1020" w:left="907" w:header="720" w:footer="720" w:gutter="0"/>
          <w:cols w:space="720"/>
          <w:docGrid w:linePitch="360"/>
        </w:sectPr>
      </w:pPr>
    </w:p>
    <w:p w14:paraId="1DBFA590" w14:textId="786C6FDB" w:rsidR="007833F3" w:rsidRPr="00BA0C8B" w:rsidRDefault="00000000">
      <w:r w:rsidRPr="00BA0C8B">
        <w:t xml:space="preserve">Globalement, les cinq taches sont </w:t>
      </w:r>
      <w:r w:rsidR="008643AF" w:rsidRPr="00BA0C8B">
        <w:t>réussies</w:t>
      </w:r>
      <w:r w:rsidRPr="00BA0C8B">
        <w:t xml:space="preserve"> par les trois participants. Le taux de </w:t>
      </w:r>
      <w:r w:rsidR="004C6428" w:rsidRPr="00BA0C8B">
        <w:t>réussite</w:t>
      </w:r>
      <w:r w:rsidRPr="00BA0C8B">
        <w:t xml:space="preserve"> est donc bon, mais il masque deux </w:t>
      </w:r>
      <w:r w:rsidR="008643AF" w:rsidRPr="00BA0C8B">
        <w:t>fragilités</w:t>
      </w:r>
      <w:r w:rsidRPr="00BA0C8B">
        <w:t xml:space="preserve"> structurelles : T2 concentre le blocage le plus net, avec un passage quasi </w:t>
      </w:r>
      <w:r w:rsidR="004C6428" w:rsidRPr="00BA0C8B">
        <w:t>systématique</w:t>
      </w:r>
      <w:r w:rsidRPr="00BA0C8B">
        <w:t xml:space="preserve"> par "</w:t>
      </w:r>
      <w:r w:rsidR="008643AF" w:rsidRPr="00BA0C8B">
        <w:t>Séance</w:t>
      </w:r>
      <w:r w:rsidRPr="00BA0C8B">
        <w:t xml:space="preserve"> </w:t>
      </w:r>
      <w:proofErr w:type="spellStart"/>
      <w:r w:rsidRPr="00BA0C8B">
        <w:t>a</w:t>
      </w:r>
      <w:proofErr w:type="spellEnd"/>
      <w:r w:rsidRPr="00BA0C8B">
        <w:t xml:space="preserve"> domicile", et T5 </w:t>
      </w:r>
      <w:r w:rsidR="004C6428" w:rsidRPr="00BA0C8B">
        <w:t>génère</w:t>
      </w:r>
      <w:r w:rsidRPr="00BA0C8B">
        <w:t xml:space="preserve"> une errance </w:t>
      </w:r>
      <w:r w:rsidR="004C6428" w:rsidRPr="00BA0C8B">
        <w:t>récurrente</w:t>
      </w:r>
      <w:r w:rsidRPr="00BA0C8B">
        <w:t xml:space="preserve"> avant la </w:t>
      </w:r>
      <w:r w:rsidR="004C6428" w:rsidRPr="00BA0C8B">
        <w:t>découverte</w:t>
      </w:r>
      <w:r w:rsidRPr="00BA0C8B">
        <w:t xml:space="preserve"> de la page </w:t>
      </w:r>
      <w:r w:rsidR="008643AF" w:rsidRPr="00BA0C8B">
        <w:t>Témoignage</w:t>
      </w:r>
      <w:r w:rsidRPr="00BA0C8B">
        <w:t xml:space="preserve">. Autrement dit, le prototype est globalement utilisable, mais certaines rubriques ne correspondent pas au chemin cognitif </w:t>
      </w:r>
      <w:r w:rsidR="004C6428" w:rsidRPr="00BA0C8B">
        <w:t>spontané</w:t>
      </w:r>
      <w:r w:rsidRPr="00BA0C8B">
        <w:t xml:space="preserve"> des novices.</w:t>
      </w:r>
    </w:p>
    <w:p w14:paraId="5C3F3FF1" w14:textId="3EA56DC5" w:rsidR="007833F3" w:rsidRPr="00BA0C8B" w:rsidRDefault="00000000">
      <w:r w:rsidRPr="00BA0C8B">
        <w:rPr>
          <w:b/>
        </w:rPr>
        <w:t xml:space="preserve">Bug technique : </w:t>
      </w:r>
      <w:r w:rsidRPr="00BA0C8B">
        <w:t xml:space="preserve">La version LIGHT </w:t>
      </w:r>
      <w:r w:rsidR="004C6428" w:rsidRPr="00BA0C8B">
        <w:t>révèle</w:t>
      </w:r>
      <w:r w:rsidRPr="00BA0C8B">
        <w:t xml:space="preserve"> un bug de prototype sur la page Fiches mouvements : l'</w:t>
      </w:r>
      <w:r w:rsidR="008643AF" w:rsidRPr="00BA0C8B">
        <w:t>entrée</w:t>
      </w:r>
      <w:r w:rsidRPr="00BA0C8B">
        <w:t xml:space="preserve"> Tractions ne menait pas </w:t>
      </w:r>
      <w:proofErr w:type="spellStart"/>
      <w:proofErr w:type="gramStart"/>
      <w:r w:rsidRPr="00BA0C8B">
        <w:t>a</w:t>
      </w:r>
      <w:proofErr w:type="spellEnd"/>
      <w:proofErr w:type="gramEnd"/>
      <w:r w:rsidRPr="00BA0C8B">
        <w:t xml:space="preserve"> la fiche </w:t>
      </w:r>
      <w:r w:rsidR="008643AF" w:rsidRPr="00BA0C8B">
        <w:t>détail</w:t>
      </w:r>
      <w:r w:rsidRPr="00BA0C8B">
        <w:t xml:space="preserve">. Ce bug n'a pas </w:t>
      </w:r>
      <w:r w:rsidR="008643AF" w:rsidRPr="00BA0C8B">
        <w:t>empêché</w:t>
      </w:r>
      <w:r w:rsidRPr="00BA0C8B">
        <w:t xml:space="preserve"> l'accomplissement des cinq taches du scenario.</w:t>
      </w:r>
      <w:r w:rsidR="004C6428">
        <w:t xml:space="preserve"> Nous avons expliqué aux participant également </w:t>
      </w:r>
      <w:proofErr w:type="gramStart"/>
      <w:r w:rsidR="004C6428">
        <w:t>que il</w:t>
      </w:r>
      <w:proofErr w:type="gramEnd"/>
      <w:r w:rsidR="004C6428">
        <w:t xml:space="preserve"> y a certain boutons ou pages qui ne mène nul par comme le bouton rejoindre KMS </w:t>
      </w:r>
      <w:proofErr w:type="gramStart"/>
      <w:r w:rsidR="004C6428">
        <w:t>( qui</w:t>
      </w:r>
      <w:proofErr w:type="gramEnd"/>
      <w:r w:rsidR="004C6428">
        <w:t xml:space="preserve"> doit mener sur une page </w:t>
      </w:r>
      <w:proofErr w:type="spellStart"/>
      <w:r w:rsidR="004C6428">
        <w:t>instagram</w:t>
      </w:r>
      <w:proofErr w:type="spellEnd"/>
      <w:r w:rsidR="004C6428">
        <w:t xml:space="preserve">) ou encore le </w:t>
      </w:r>
      <w:proofErr w:type="spellStart"/>
      <w:r w:rsidR="004C6428">
        <w:t>calcuateur</w:t>
      </w:r>
      <w:proofErr w:type="spellEnd"/>
      <w:r w:rsidR="004C6428">
        <w:t xml:space="preserve"> de </w:t>
      </w:r>
      <w:proofErr w:type="gramStart"/>
      <w:r w:rsidR="004C6428">
        <w:t>calorie )</w:t>
      </w:r>
      <w:proofErr w:type="gramEnd"/>
      <w:r w:rsidR="004C6428">
        <w:t xml:space="preserve"> et d’autre boutons</w:t>
      </w:r>
    </w:p>
    <w:p w14:paraId="0184F2B5" w14:textId="023FAE70" w:rsidR="007833F3" w:rsidRPr="00BA0C8B" w:rsidRDefault="00000000">
      <w:pPr>
        <w:pStyle w:val="Titre2"/>
      </w:pPr>
      <w:r w:rsidRPr="00BA0C8B">
        <w:t xml:space="preserve">3.2 </w:t>
      </w:r>
      <w:r w:rsidR="004C6428" w:rsidRPr="00BA0C8B">
        <w:t>Synthèse</w:t>
      </w:r>
      <w:r w:rsidRPr="00BA0C8B">
        <w:t xml:space="preserve"> des </w:t>
      </w:r>
      <w:r w:rsidR="004C6428" w:rsidRPr="00BA0C8B">
        <w:t>problèmes</w:t>
      </w:r>
      <w:r w:rsidRPr="00BA0C8B">
        <w:t xml:space="preserve"> utilisateurs</w:t>
      </w:r>
    </w:p>
    <w:p w14:paraId="645FC5FF" w14:textId="77777777" w:rsidR="007833F3" w:rsidRPr="00BA0C8B" w:rsidRDefault="00000000">
      <w:pPr>
        <w:pStyle w:val="Titre3"/>
      </w:pPr>
      <w:r w:rsidRPr="00BA0C8B">
        <w:t xml:space="preserve">Tableau de </w:t>
      </w:r>
      <w:proofErr w:type="spellStart"/>
      <w:r w:rsidRPr="00BA0C8B">
        <w:t>synthese</w:t>
      </w:r>
      <w:proofErr w:type="spellEnd"/>
      <w:r w:rsidRPr="00BA0C8B">
        <w:t xml:space="preserve"> des </w:t>
      </w:r>
      <w:proofErr w:type="spellStart"/>
      <w:r w:rsidRPr="00BA0C8B">
        <w:t>problemes</w:t>
      </w:r>
      <w:proofErr w:type="spellEnd"/>
      <w:r w:rsidRPr="00BA0C8B">
        <w:t xml:space="preserve"> utilisateurs</w:t>
      </w:r>
    </w:p>
    <w:tbl>
      <w:tblPr>
        <w:tblStyle w:val="Grilledutableau"/>
        <w:tblW w:w="0" w:type="auto"/>
        <w:jc w:val="center"/>
        <w:tblLook w:val="04A0" w:firstRow="1" w:lastRow="0" w:firstColumn="1" w:lastColumn="0" w:noHBand="0" w:noVBand="1"/>
      </w:tblPr>
      <w:tblGrid>
        <w:gridCol w:w="1015"/>
        <w:gridCol w:w="3453"/>
        <w:gridCol w:w="2938"/>
        <w:gridCol w:w="1353"/>
        <w:gridCol w:w="977"/>
      </w:tblGrid>
      <w:tr w:rsidR="008643AF" w:rsidRPr="00BA0C8B" w14:paraId="4D2FFC89" w14:textId="77777777">
        <w:trPr>
          <w:jc w:val="center"/>
        </w:trPr>
        <w:tc>
          <w:tcPr>
            <w:tcW w:w="850" w:type="dxa"/>
            <w:shd w:val="clear" w:color="auto" w:fill="DCE6F1"/>
          </w:tcPr>
          <w:p w14:paraId="493BA2FA" w14:textId="77777777" w:rsidR="007833F3" w:rsidRPr="00BA0C8B" w:rsidRDefault="00000000">
            <w:pPr>
              <w:spacing w:after="0"/>
            </w:pPr>
            <w:proofErr w:type="spellStart"/>
            <w:r w:rsidRPr="00BA0C8B">
              <w:rPr>
                <w:b/>
                <w:color w:val="1F4E79"/>
                <w:sz w:val="18"/>
              </w:rPr>
              <w:t>Probleme</w:t>
            </w:r>
            <w:proofErr w:type="spellEnd"/>
          </w:p>
        </w:tc>
        <w:tc>
          <w:tcPr>
            <w:tcW w:w="4762" w:type="dxa"/>
            <w:shd w:val="clear" w:color="auto" w:fill="DCE6F1"/>
          </w:tcPr>
          <w:p w14:paraId="0FE81FDF" w14:textId="77777777" w:rsidR="007833F3" w:rsidRPr="00BA0C8B" w:rsidRDefault="00000000">
            <w:pPr>
              <w:spacing w:after="0"/>
            </w:pPr>
            <w:r w:rsidRPr="00BA0C8B">
              <w:rPr>
                <w:b/>
                <w:color w:val="1F4E79"/>
                <w:sz w:val="18"/>
              </w:rPr>
              <w:t xml:space="preserve">Description </w:t>
            </w:r>
            <w:proofErr w:type="spellStart"/>
            <w:r w:rsidRPr="00BA0C8B">
              <w:rPr>
                <w:b/>
                <w:color w:val="1F4E79"/>
                <w:sz w:val="18"/>
              </w:rPr>
              <w:t>concrete</w:t>
            </w:r>
            <w:proofErr w:type="spellEnd"/>
          </w:p>
        </w:tc>
        <w:tc>
          <w:tcPr>
            <w:tcW w:w="2665" w:type="dxa"/>
            <w:shd w:val="clear" w:color="auto" w:fill="DCE6F1"/>
          </w:tcPr>
          <w:p w14:paraId="571B79B0" w14:textId="77777777" w:rsidR="007833F3" w:rsidRPr="00BA0C8B" w:rsidRDefault="00000000">
            <w:pPr>
              <w:spacing w:after="0"/>
            </w:pPr>
            <w:r w:rsidRPr="00BA0C8B">
              <w:rPr>
                <w:b/>
                <w:color w:val="1F4E79"/>
                <w:sz w:val="18"/>
              </w:rPr>
              <w:t>Diagnostic (Bastien &amp; Scapin)</w:t>
            </w:r>
          </w:p>
        </w:tc>
        <w:tc>
          <w:tcPr>
            <w:tcW w:w="1474" w:type="dxa"/>
            <w:shd w:val="clear" w:color="auto" w:fill="DCE6F1"/>
          </w:tcPr>
          <w:p w14:paraId="5418404F" w14:textId="77777777" w:rsidR="007833F3" w:rsidRPr="00BA0C8B" w:rsidRDefault="00000000">
            <w:pPr>
              <w:spacing w:after="0"/>
            </w:pPr>
            <w:r w:rsidRPr="00BA0C8B">
              <w:rPr>
                <w:b/>
                <w:color w:val="1F4E79"/>
                <w:sz w:val="18"/>
              </w:rPr>
              <w:t>Nb utilisateurs touches</w:t>
            </w:r>
          </w:p>
        </w:tc>
        <w:tc>
          <w:tcPr>
            <w:tcW w:w="1077" w:type="dxa"/>
            <w:shd w:val="clear" w:color="auto" w:fill="DCE6F1"/>
          </w:tcPr>
          <w:p w14:paraId="4167FBB4" w14:textId="77777777" w:rsidR="007833F3" w:rsidRPr="00BA0C8B" w:rsidRDefault="00000000">
            <w:pPr>
              <w:spacing w:after="0"/>
            </w:pPr>
            <w:r w:rsidRPr="00BA0C8B">
              <w:rPr>
                <w:b/>
                <w:color w:val="1F4E79"/>
                <w:sz w:val="18"/>
              </w:rPr>
              <w:t>Gravite</w:t>
            </w:r>
          </w:p>
        </w:tc>
      </w:tr>
      <w:tr w:rsidR="008643AF" w:rsidRPr="00BA0C8B" w14:paraId="59D40423" w14:textId="77777777">
        <w:trPr>
          <w:jc w:val="center"/>
        </w:trPr>
        <w:tc>
          <w:tcPr>
            <w:tcW w:w="850" w:type="dxa"/>
          </w:tcPr>
          <w:p w14:paraId="44F7ECEF" w14:textId="77777777" w:rsidR="007833F3" w:rsidRPr="00BA0C8B" w:rsidRDefault="00000000">
            <w:pPr>
              <w:spacing w:after="0"/>
            </w:pPr>
            <w:r w:rsidRPr="00BA0C8B">
              <w:rPr>
                <w:sz w:val="18"/>
              </w:rPr>
              <w:t>P1</w:t>
            </w:r>
          </w:p>
        </w:tc>
        <w:tc>
          <w:tcPr>
            <w:tcW w:w="4762" w:type="dxa"/>
          </w:tcPr>
          <w:p w14:paraId="76496C81" w14:textId="77777777" w:rsidR="007833F3" w:rsidRPr="00BA0C8B" w:rsidRDefault="00000000">
            <w:pPr>
              <w:spacing w:after="0"/>
            </w:pPr>
            <w:r w:rsidRPr="00BA0C8B">
              <w:rPr>
                <w:sz w:val="18"/>
              </w:rPr>
              <w:t>Lors de T2, les participants cliquent d'abord sur "</w:t>
            </w:r>
            <w:proofErr w:type="spellStart"/>
            <w:r w:rsidRPr="00BA0C8B">
              <w:rPr>
                <w:sz w:val="18"/>
              </w:rPr>
              <w:t>Seance</w:t>
            </w:r>
            <w:proofErr w:type="spellEnd"/>
            <w:r w:rsidRPr="00BA0C8B">
              <w:rPr>
                <w:sz w:val="18"/>
              </w:rPr>
              <w:t xml:space="preserve"> a domicile" parce que l'</w:t>
            </w:r>
            <w:proofErr w:type="spellStart"/>
            <w:r w:rsidRPr="00BA0C8B">
              <w:rPr>
                <w:sz w:val="18"/>
              </w:rPr>
              <w:t>enonce</w:t>
            </w:r>
            <w:proofErr w:type="spellEnd"/>
            <w:r w:rsidRPr="00BA0C8B">
              <w:rPr>
                <w:sz w:val="18"/>
              </w:rPr>
              <w:t xml:space="preserve"> mentionne "chez soi", puis reviennent vers "Guide </w:t>
            </w:r>
            <w:proofErr w:type="spellStart"/>
            <w:r w:rsidRPr="00BA0C8B">
              <w:rPr>
                <w:sz w:val="18"/>
              </w:rPr>
              <w:t>premiere</w:t>
            </w:r>
            <w:proofErr w:type="spellEnd"/>
            <w:r w:rsidRPr="00BA0C8B">
              <w:rPr>
                <w:sz w:val="18"/>
              </w:rPr>
              <w:t xml:space="preserve"> </w:t>
            </w:r>
            <w:proofErr w:type="spellStart"/>
            <w:r w:rsidRPr="00BA0C8B">
              <w:rPr>
                <w:sz w:val="18"/>
              </w:rPr>
              <w:t>seance</w:t>
            </w:r>
            <w:proofErr w:type="spellEnd"/>
            <w:r w:rsidRPr="00BA0C8B">
              <w:rPr>
                <w:sz w:val="18"/>
              </w:rPr>
              <w:t>".</w:t>
            </w:r>
          </w:p>
        </w:tc>
        <w:tc>
          <w:tcPr>
            <w:tcW w:w="2665" w:type="dxa"/>
          </w:tcPr>
          <w:p w14:paraId="79D48F57" w14:textId="3E6D897A" w:rsidR="007833F3" w:rsidRPr="00BA0C8B" w:rsidRDefault="008643AF">
            <w:pPr>
              <w:spacing w:after="0"/>
            </w:pPr>
            <w:proofErr w:type="spellStart"/>
            <w:proofErr w:type="gramStart"/>
            <w:r w:rsidRPr="00BA0C8B">
              <w:rPr>
                <w:sz w:val="18"/>
              </w:rPr>
              <w:t>Compatibilité</w:t>
            </w:r>
            <w:r>
              <w:rPr>
                <w:sz w:val="18"/>
              </w:rPr>
              <w:t>,guidage</w:t>
            </w:r>
            <w:proofErr w:type="gramEnd"/>
            <w:r>
              <w:rPr>
                <w:sz w:val="18"/>
              </w:rPr>
              <w:t>,signification</w:t>
            </w:r>
            <w:proofErr w:type="spellEnd"/>
            <w:r>
              <w:rPr>
                <w:sz w:val="18"/>
              </w:rPr>
              <w:t xml:space="preserve"> des codes</w:t>
            </w:r>
          </w:p>
        </w:tc>
        <w:tc>
          <w:tcPr>
            <w:tcW w:w="1474" w:type="dxa"/>
          </w:tcPr>
          <w:p w14:paraId="6A8BEDD2" w14:textId="77777777" w:rsidR="007833F3" w:rsidRPr="00BA0C8B" w:rsidRDefault="00000000">
            <w:pPr>
              <w:spacing w:after="0"/>
            </w:pPr>
            <w:r w:rsidRPr="00BA0C8B">
              <w:rPr>
                <w:sz w:val="18"/>
              </w:rPr>
              <w:t>3/3</w:t>
            </w:r>
          </w:p>
        </w:tc>
        <w:tc>
          <w:tcPr>
            <w:tcW w:w="1077" w:type="dxa"/>
          </w:tcPr>
          <w:p w14:paraId="152F7CD0" w14:textId="77777777" w:rsidR="007833F3" w:rsidRPr="00BA0C8B" w:rsidRDefault="00000000">
            <w:pPr>
              <w:spacing w:after="0"/>
            </w:pPr>
            <w:proofErr w:type="spellStart"/>
            <w:r w:rsidRPr="00BA0C8B">
              <w:rPr>
                <w:sz w:val="18"/>
              </w:rPr>
              <w:t>Serieux</w:t>
            </w:r>
            <w:proofErr w:type="spellEnd"/>
          </w:p>
        </w:tc>
      </w:tr>
      <w:tr w:rsidR="008643AF" w:rsidRPr="00BA0C8B" w14:paraId="44D68FF7" w14:textId="77777777">
        <w:trPr>
          <w:jc w:val="center"/>
        </w:trPr>
        <w:tc>
          <w:tcPr>
            <w:tcW w:w="850" w:type="dxa"/>
          </w:tcPr>
          <w:p w14:paraId="35AFA4FB" w14:textId="77777777" w:rsidR="007833F3" w:rsidRPr="00BA0C8B" w:rsidRDefault="00000000">
            <w:pPr>
              <w:spacing w:after="0"/>
            </w:pPr>
            <w:r w:rsidRPr="00BA0C8B">
              <w:rPr>
                <w:sz w:val="18"/>
              </w:rPr>
              <w:t>P2</w:t>
            </w:r>
          </w:p>
        </w:tc>
        <w:tc>
          <w:tcPr>
            <w:tcW w:w="4762" w:type="dxa"/>
          </w:tcPr>
          <w:p w14:paraId="2E590B19" w14:textId="77777777" w:rsidR="007833F3" w:rsidRPr="00BA0C8B" w:rsidRDefault="00000000">
            <w:pPr>
              <w:spacing w:after="0"/>
            </w:pPr>
            <w:r w:rsidRPr="00BA0C8B">
              <w:rPr>
                <w:sz w:val="18"/>
              </w:rPr>
              <w:t>Le label "Vue d'ensemble" ne permet pas d'anticiper clairement qu'il contient les informations sur le cout et l'</w:t>
            </w:r>
            <w:proofErr w:type="spellStart"/>
            <w:r w:rsidRPr="00BA0C8B">
              <w:rPr>
                <w:sz w:val="18"/>
              </w:rPr>
              <w:t>accessibilite</w:t>
            </w:r>
            <w:proofErr w:type="spellEnd"/>
            <w:r w:rsidRPr="00BA0C8B">
              <w:rPr>
                <w:sz w:val="18"/>
              </w:rPr>
              <w:t xml:space="preserve"> du sport.</w:t>
            </w:r>
          </w:p>
        </w:tc>
        <w:tc>
          <w:tcPr>
            <w:tcW w:w="2665" w:type="dxa"/>
          </w:tcPr>
          <w:p w14:paraId="290B96B9" w14:textId="77CFC20A" w:rsidR="007833F3" w:rsidRPr="00BA0C8B" w:rsidRDefault="00000000">
            <w:pPr>
              <w:spacing w:after="0"/>
            </w:pPr>
            <w:r w:rsidRPr="00BA0C8B">
              <w:rPr>
                <w:sz w:val="18"/>
              </w:rPr>
              <w:t xml:space="preserve">Signifiance des codes et </w:t>
            </w:r>
            <w:r w:rsidR="008643AF" w:rsidRPr="00BA0C8B">
              <w:rPr>
                <w:sz w:val="18"/>
              </w:rPr>
              <w:t>dénominations</w:t>
            </w:r>
          </w:p>
        </w:tc>
        <w:tc>
          <w:tcPr>
            <w:tcW w:w="1474" w:type="dxa"/>
          </w:tcPr>
          <w:p w14:paraId="3CA20C7A" w14:textId="77777777" w:rsidR="007833F3" w:rsidRPr="00BA0C8B" w:rsidRDefault="00000000">
            <w:pPr>
              <w:spacing w:after="0"/>
            </w:pPr>
            <w:r w:rsidRPr="00BA0C8B">
              <w:rPr>
                <w:sz w:val="18"/>
              </w:rPr>
              <w:t>2/3</w:t>
            </w:r>
          </w:p>
        </w:tc>
        <w:tc>
          <w:tcPr>
            <w:tcW w:w="1077" w:type="dxa"/>
          </w:tcPr>
          <w:p w14:paraId="2FC572EC" w14:textId="77777777" w:rsidR="007833F3" w:rsidRPr="00BA0C8B" w:rsidRDefault="00000000">
            <w:pPr>
              <w:spacing w:after="0"/>
            </w:pPr>
            <w:r w:rsidRPr="00BA0C8B">
              <w:rPr>
                <w:sz w:val="18"/>
              </w:rPr>
              <w:t>Moyen</w:t>
            </w:r>
          </w:p>
        </w:tc>
      </w:tr>
      <w:tr w:rsidR="008643AF" w:rsidRPr="00BA0C8B" w14:paraId="67FB7BB5" w14:textId="77777777">
        <w:trPr>
          <w:jc w:val="center"/>
        </w:trPr>
        <w:tc>
          <w:tcPr>
            <w:tcW w:w="850" w:type="dxa"/>
          </w:tcPr>
          <w:p w14:paraId="765DD476" w14:textId="77777777" w:rsidR="007833F3" w:rsidRPr="00BA0C8B" w:rsidRDefault="00000000">
            <w:pPr>
              <w:spacing w:after="0"/>
            </w:pPr>
            <w:r w:rsidRPr="00BA0C8B">
              <w:rPr>
                <w:sz w:val="18"/>
              </w:rPr>
              <w:t>P3</w:t>
            </w:r>
          </w:p>
        </w:tc>
        <w:tc>
          <w:tcPr>
            <w:tcW w:w="4762" w:type="dxa"/>
          </w:tcPr>
          <w:p w14:paraId="08ACBBFD" w14:textId="174D3A3B" w:rsidR="007833F3" w:rsidRPr="00BA0C8B" w:rsidRDefault="00000000">
            <w:pPr>
              <w:spacing w:after="0"/>
            </w:pPr>
            <w:r w:rsidRPr="00BA0C8B">
              <w:rPr>
                <w:sz w:val="18"/>
              </w:rPr>
              <w:t xml:space="preserve">Lors de T5, les </w:t>
            </w:r>
            <w:proofErr w:type="spellStart"/>
            <w:r w:rsidRPr="00BA0C8B">
              <w:rPr>
                <w:sz w:val="18"/>
              </w:rPr>
              <w:t>temoignages</w:t>
            </w:r>
            <w:proofErr w:type="spellEnd"/>
            <w:r w:rsidRPr="00BA0C8B">
              <w:rPr>
                <w:sz w:val="18"/>
              </w:rPr>
              <w:t xml:space="preserve"> sont </w:t>
            </w:r>
            <w:r w:rsidR="00023657" w:rsidRPr="00BA0C8B">
              <w:rPr>
                <w:sz w:val="18"/>
              </w:rPr>
              <w:t>cherchés</w:t>
            </w:r>
            <w:r w:rsidRPr="00BA0C8B">
              <w:rPr>
                <w:sz w:val="18"/>
              </w:rPr>
              <w:t xml:space="preserve"> dans "</w:t>
            </w:r>
            <w:r w:rsidR="00023657">
              <w:rPr>
                <w:sz w:val="18"/>
              </w:rPr>
              <w:t>progression et découvrir</w:t>
            </w:r>
            <w:r w:rsidRPr="00BA0C8B">
              <w:rPr>
                <w:sz w:val="18"/>
              </w:rPr>
              <w:t>" avant d'</w:t>
            </w:r>
            <w:r w:rsidR="00023657" w:rsidRPr="00BA0C8B">
              <w:rPr>
                <w:sz w:val="18"/>
              </w:rPr>
              <w:t>être</w:t>
            </w:r>
            <w:r w:rsidRPr="00BA0C8B">
              <w:rPr>
                <w:sz w:val="18"/>
              </w:rPr>
              <w:t xml:space="preserve"> trouves sous "Motivation / </w:t>
            </w:r>
            <w:proofErr w:type="spellStart"/>
            <w:r w:rsidRPr="00BA0C8B">
              <w:rPr>
                <w:sz w:val="18"/>
              </w:rPr>
              <w:t>Bien-etre</w:t>
            </w:r>
            <w:proofErr w:type="spellEnd"/>
            <w:r w:rsidRPr="00BA0C8B">
              <w:rPr>
                <w:sz w:val="18"/>
              </w:rPr>
              <w:t>".</w:t>
            </w:r>
          </w:p>
        </w:tc>
        <w:tc>
          <w:tcPr>
            <w:tcW w:w="2665" w:type="dxa"/>
          </w:tcPr>
          <w:p w14:paraId="65B49BF8" w14:textId="1930C572" w:rsidR="007833F3" w:rsidRPr="00BA0C8B" w:rsidRDefault="008643AF">
            <w:pPr>
              <w:spacing w:after="0"/>
            </w:pPr>
            <w:r w:rsidRPr="00BA0C8B">
              <w:rPr>
                <w:sz w:val="18"/>
              </w:rPr>
              <w:t>Compatibilité</w:t>
            </w:r>
            <w:r>
              <w:rPr>
                <w:sz w:val="18"/>
              </w:rPr>
              <w:t>, guidage</w:t>
            </w:r>
          </w:p>
        </w:tc>
        <w:tc>
          <w:tcPr>
            <w:tcW w:w="1474" w:type="dxa"/>
          </w:tcPr>
          <w:p w14:paraId="5CD068BC" w14:textId="77777777" w:rsidR="007833F3" w:rsidRPr="00BA0C8B" w:rsidRDefault="00000000">
            <w:pPr>
              <w:spacing w:after="0"/>
            </w:pPr>
            <w:r w:rsidRPr="00BA0C8B">
              <w:rPr>
                <w:sz w:val="18"/>
              </w:rPr>
              <w:t>3/3</w:t>
            </w:r>
          </w:p>
        </w:tc>
        <w:tc>
          <w:tcPr>
            <w:tcW w:w="1077" w:type="dxa"/>
          </w:tcPr>
          <w:p w14:paraId="424EE6DD" w14:textId="77777777" w:rsidR="007833F3" w:rsidRPr="00BA0C8B" w:rsidRDefault="00000000">
            <w:pPr>
              <w:spacing w:after="0"/>
            </w:pPr>
            <w:r w:rsidRPr="00BA0C8B">
              <w:rPr>
                <w:sz w:val="18"/>
              </w:rPr>
              <w:t>Moyen</w:t>
            </w:r>
          </w:p>
        </w:tc>
      </w:tr>
      <w:tr w:rsidR="008643AF" w:rsidRPr="00BA0C8B" w14:paraId="78FF35CA" w14:textId="77777777">
        <w:trPr>
          <w:jc w:val="center"/>
        </w:trPr>
        <w:tc>
          <w:tcPr>
            <w:tcW w:w="850" w:type="dxa"/>
          </w:tcPr>
          <w:p w14:paraId="35C5BD46" w14:textId="77777777" w:rsidR="007833F3" w:rsidRPr="00BA0C8B" w:rsidRDefault="00000000">
            <w:pPr>
              <w:spacing w:after="0"/>
            </w:pPr>
            <w:r w:rsidRPr="00BA0C8B">
              <w:rPr>
                <w:sz w:val="18"/>
              </w:rPr>
              <w:t>P4</w:t>
            </w:r>
          </w:p>
        </w:tc>
        <w:tc>
          <w:tcPr>
            <w:tcW w:w="4762" w:type="dxa"/>
          </w:tcPr>
          <w:p w14:paraId="7DFAFD31" w14:textId="5933E586" w:rsidR="007833F3" w:rsidRPr="00BA0C8B" w:rsidRDefault="00000000">
            <w:pPr>
              <w:spacing w:after="0"/>
            </w:pPr>
            <w:r w:rsidRPr="00BA0C8B">
              <w:rPr>
                <w:sz w:val="18"/>
              </w:rPr>
              <w:t>Le bouton "</w:t>
            </w:r>
            <w:r w:rsidR="00023657" w:rsidRPr="00BA0C8B">
              <w:rPr>
                <w:sz w:val="18"/>
              </w:rPr>
              <w:t>Réserver</w:t>
            </w:r>
            <w:r w:rsidRPr="00BA0C8B">
              <w:rPr>
                <w:sz w:val="18"/>
              </w:rPr>
              <w:t xml:space="preserve"> un appel" est parfois </w:t>
            </w:r>
            <w:proofErr w:type="spellStart"/>
            <w:r w:rsidRPr="00BA0C8B">
              <w:rPr>
                <w:sz w:val="18"/>
              </w:rPr>
              <w:t>interprete</w:t>
            </w:r>
            <w:proofErr w:type="spellEnd"/>
            <w:r w:rsidRPr="00BA0C8B">
              <w:rPr>
                <w:sz w:val="18"/>
              </w:rPr>
              <w:t xml:space="preserve"> comme une prise de contact </w:t>
            </w:r>
            <w:proofErr w:type="spellStart"/>
            <w:r w:rsidRPr="00BA0C8B">
              <w:rPr>
                <w:sz w:val="18"/>
              </w:rPr>
              <w:t>generale</w:t>
            </w:r>
            <w:proofErr w:type="spellEnd"/>
            <w:r w:rsidRPr="00BA0C8B">
              <w:rPr>
                <w:sz w:val="18"/>
              </w:rPr>
              <w:t xml:space="preserve"> ou un SAV </w:t>
            </w:r>
            <w:r w:rsidR="00023657" w:rsidRPr="00BA0C8B">
              <w:rPr>
                <w:sz w:val="18"/>
              </w:rPr>
              <w:t>plutôt</w:t>
            </w:r>
            <w:r w:rsidRPr="00BA0C8B">
              <w:rPr>
                <w:sz w:val="18"/>
              </w:rPr>
              <w:t xml:space="preserve"> que comme une </w:t>
            </w:r>
            <w:r w:rsidR="00023657" w:rsidRPr="00BA0C8B">
              <w:rPr>
                <w:sz w:val="18"/>
              </w:rPr>
              <w:t>entrée</w:t>
            </w:r>
            <w:r w:rsidRPr="00BA0C8B">
              <w:rPr>
                <w:sz w:val="18"/>
              </w:rPr>
              <w:t xml:space="preserve"> vers le coaching.</w:t>
            </w:r>
          </w:p>
        </w:tc>
        <w:tc>
          <w:tcPr>
            <w:tcW w:w="2665" w:type="dxa"/>
          </w:tcPr>
          <w:p w14:paraId="20D04E0B" w14:textId="486ADB13" w:rsidR="007833F3" w:rsidRPr="00BA0C8B" w:rsidRDefault="00000000">
            <w:pPr>
              <w:spacing w:after="0"/>
            </w:pPr>
            <w:r w:rsidRPr="00BA0C8B">
              <w:rPr>
                <w:sz w:val="18"/>
              </w:rPr>
              <w:t xml:space="preserve">Signifiance des codes et </w:t>
            </w:r>
            <w:r w:rsidR="008643AF" w:rsidRPr="00BA0C8B">
              <w:rPr>
                <w:sz w:val="18"/>
              </w:rPr>
              <w:t>dénominations</w:t>
            </w:r>
          </w:p>
        </w:tc>
        <w:tc>
          <w:tcPr>
            <w:tcW w:w="1474" w:type="dxa"/>
          </w:tcPr>
          <w:p w14:paraId="724EBE9B" w14:textId="77777777" w:rsidR="007833F3" w:rsidRPr="00BA0C8B" w:rsidRDefault="00000000">
            <w:pPr>
              <w:spacing w:after="0"/>
            </w:pPr>
            <w:r w:rsidRPr="00BA0C8B">
              <w:rPr>
                <w:sz w:val="18"/>
              </w:rPr>
              <w:t>2/3</w:t>
            </w:r>
          </w:p>
        </w:tc>
        <w:tc>
          <w:tcPr>
            <w:tcW w:w="1077" w:type="dxa"/>
          </w:tcPr>
          <w:p w14:paraId="51F32C81" w14:textId="77777777" w:rsidR="007833F3" w:rsidRPr="00BA0C8B" w:rsidRDefault="00000000">
            <w:pPr>
              <w:spacing w:after="0"/>
            </w:pPr>
            <w:r w:rsidRPr="00BA0C8B">
              <w:rPr>
                <w:sz w:val="18"/>
              </w:rPr>
              <w:t>Faible</w:t>
            </w:r>
          </w:p>
        </w:tc>
      </w:tr>
      <w:tr w:rsidR="008643AF" w:rsidRPr="00BA0C8B" w14:paraId="278189A0" w14:textId="77777777">
        <w:trPr>
          <w:jc w:val="center"/>
        </w:trPr>
        <w:tc>
          <w:tcPr>
            <w:tcW w:w="850" w:type="dxa"/>
          </w:tcPr>
          <w:p w14:paraId="71BF79EB" w14:textId="77777777" w:rsidR="007833F3" w:rsidRPr="00BA0C8B" w:rsidRDefault="00000000">
            <w:pPr>
              <w:spacing w:after="0"/>
            </w:pPr>
            <w:r w:rsidRPr="00BA0C8B">
              <w:rPr>
                <w:sz w:val="18"/>
              </w:rPr>
              <w:t>P5</w:t>
            </w:r>
          </w:p>
        </w:tc>
        <w:tc>
          <w:tcPr>
            <w:tcW w:w="4762" w:type="dxa"/>
          </w:tcPr>
          <w:p w14:paraId="59B5302B" w14:textId="77777777" w:rsidR="007833F3" w:rsidRPr="00BA0C8B" w:rsidRDefault="00000000">
            <w:pPr>
              <w:spacing w:after="0"/>
            </w:pPr>
            <w:r w:rsidRPr="00BA0C8B">
              <w:rPr>
                <w:sz w:val="18"/>
              </w:rPr>
              <w:t>Le terme "</w:t>
            </w:r>
            <w:proofErr w:type="spellStart"/>
            <w:r w:rsidRPr="00BA0C8B">
              <w:rPr>
                <w:sz w:val="18"/>
              </w:rPr>
              <w:t>callisthenie</w:t>
            </w:r>
            <w:proofErr w:type="spellEnd"/>
            <w:r w:rsidRPr="00BA0C8B">
              <w:rPr>
                <w:sz w:val="18"/>
              </w:rPr>
              <w:t xml:space="preserve">" n'est pas suffisamment explicite dans le </w:t>
            </w:r>
            <w:proofErr w:type="spellStart"/>
            <w:r w:rsidRPr="00BA0C8B">
              <w:rPr>
                <w:sz w:val="18"/>
              </w:rPr>
              <w:t>hero</w:t>
            </w:r>
            <w:proofErr w:type="spellEnd"/>
            <w:r w:rsidRPr="00BA0C8B">
              <w:rPr>
                <w:sz w:val="18"/>
              </w:rPr>
              <w:t xml:space="preserve"> pour les profils qui ne connaissent pas encore cette discipline.</w:t>
            </w:r>
          </w:p>
        </w:tc>
        <w:tc>
          <w:tcPr>
            <w:tcW w:w="2665" w:type="dxa"/>
          </w:tcPr>
          <w:p w14:paraId="1705CEF2" w14:textId="6AB5527C" w:rsidR="007833F3" w:rsidRPr="00BA0C8B" w:rsidRDefault="00000000">
            <w:pPr>
              <w:spacing w:after="0"/>
            </w:pPr>
            <w:r w:rsidRPr="00BA0C8B">
              <w:rPr>
                <w:sz w:val="18"/>
              </w:rPr>
              <w:t xml:space="preserve">Signifiance des codes et </w:t>
            </w:r>
            <w:r w:rsidR="008643AF" w:rsidRPr="00BA0C8B">
              <w:rPr>
                <w:sz w:val="18"/>
              </w:rPr>
              <w:t>dénominations</w:t>
            </w:r>
            <w:r w:rsidRPr="00BA0C8B">
              <w:rPr>
                <w:sz w:val="18"/>
              </w:rPr>
              <w:t xml:space="preserve"> ; Guidage (Incitation)</w:t>
            </w:r>
          </w:p>
        </w:tc>
        <w:tc>
          <w:tcPr>
            <w:tcW w:w="1474" w:type="dxa"/>
          </w:tcPr>
          <w:p w14:paraId="54E0CDEA" w14:textId="77777777" w:rsidR="007833F3" w:rsidRPr="00BA0C8B" w:rsidRDefault="00000000">
            <w:pPr>
              <w:spacing w:after="0"/>
            </w:pPr>
            <w:r w:rsidRPr="00BA0C8B">
              <w:rPr>
                <w:sz w:val="18"/>
              </w:rPr>
              <w:t>2/3</w:t>
            </w:r>
          </w:p>
        </w:tc>
        <w:tc>
          <w:tcPr>
            <w:tcW w:w="1077" w:type="dxa"/>
          </w:tcPr>
          <w:p w14:paraId="4F486618" w14:textId="77777777" w:rsidR="007833F3" w:rsidRPr="00BA0C8B" w:rsidRDefault="00000000">
            <w:pPr>
              <w:spacing w:after="0"/>
            </w:pPr>
            <w:r w:rsidRPr="00BA0C8B">
              <w:rPr>
                <w:sz w:val="18"/>
              </w:rPr>
              <w:t>Faible</w:t>
            </w:r>
          </w:p>
        </w:tc>
      </w:tr>
    </w:tbl>
    <w:p w14:paraId="2F898FF9" w14:textId="34897E31" w:rsidR="007833F3" w:rsidRPr="00BA0C8B" w:rsidRDefault="00000000">
      <w:r w:rsidRPr="00BA0C8B">
        <w:t xml:space="preserve">Le tableau ci-dessus montre que la </w:t>
      </w:r>
      <w:r w:rsidR="00023657" w:rsidRPr="00BA0C8B">
        <w:t>compatibilité</w:t>
      </w:r>
      <w:r w:rsidRPr="00BA0C8B">
        <w:t xml:space="preserve"> est le </w:t>
      </w:r>
      <w:r w:rsidR="00023657" w:rsidRPr="00BA0C8B">
        <w:t>critère</w:t>
      </w:r>
      <w:r w:rsidRPr="00BA0C8B">
        <w:t xml:space="preserve"> le plus touch</w:t>
      </w:r>
      <w:r w:rsidR="00023657">
        <w:t>é</w:t>
      </w:r>
      <w:r w:rsidRPr="00BA0C8B">
        <w:t xml:space="preserve">. Les </w:t>
      </w:r>
      <w:r w:rsidR="00023657" w:rsidRPr="00BA0C8B">
        <w:t>problèmes</w:t>
      </w:r>
      <w:r w:rsidRPr="00BA0C8B">
        <w:t xml:space="preserve"> les plus importants ne sont pas des erreurs de contenu, mais des </w:t>
      </w:r>
      <w:r w:rsidR="00023657" w:rsidRPr="00BA0C8B">
        <w:t>écarts</w:t>
      </w:r>
      <w:r w:rsidRPr="00BA0C8B">
        <w:t xml:space="preserve"> entre la structure choisie par le prototype et ce qu'un novice s'attend naturellement </w:t>
      </w:r>
      <w:proofErr w:type="spellStart"/>
      <w:proofErr w:type="gramStart"/>
      <w:r w:rsidRPr="00BA0C8B">
        <w:t>a</w:t>
      </w:r>
      <w:proofErr w:type="spellEnd"/>
      <w:proofErr w:type="gramEnd"/>
      <w:r w:rsidRPr="00BA0C8B">
        <w:t xml:space="preserve"> trouver en lisant un label ou un </w:t>
      </w:r>
      <w:r w:rsidR="00023657" w:rsidRPr="00BA0C8B">
        <w:t>énoncé</w:t>
      </w:r>
      <w:r w:rsidRPr="00BA0C8B">
        <w:t xml:space="preserve"> de tache.</w:t>
      </w:r>
    </w:p>
    <w:p w14:paraId="4B651CEC" w14:textId="77777777" w:rsidR="007833F3" w:rsidRPr="00BA0C8B" w:rsidRDefault="00000000">
      <w:pPr>
        <w:jc w:val="center"/>
      </w:pPr>
      <w:r w:rsidRPr="00BA0C8B">
        <w:drawing>
          <wp:inline distT="0" distB="0" distL="0" distR="0" wp14:anchorId="55D7EAD4" wp14:editId="5758BB61">
            <wp:extent cx="5688000" cy="5480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s_radar.png"/>
                    <pic:cNvPicPr/>
                  </pic:nvPicPr>
                  <pic:blipFill>
                    <a:blip r:embed="rId11"/>
                    <a:stretch>
                      <a:fillRect/>
                    </a:stretch>
                  </pic:blipFill>
                  <pic:spPr>
                    <a:xfrm>
                      <a:off x="0" y="0"/>
                      <a:ext cx="5688000" cy="5480808"/>
                    </a:xfrm>
                    <a:prstGeom prst="rect">
                      <a:avLst/>
                    </a:prstGeom>
                  </pic:spPr>
                </pic:pic>
              </a:graphicData>
            </a:graphic>
          </wp:inline>
        </w:drawing>
      </w:r>
    </w:p>
    <w:p w14:paraId="01135EEF" w14:textId="77777777" w:rsidR="007833F3" w:rsidRPr="00BA0C8B" w:rsidRDefault="00000000">
      <w:pPr>
        <w:jc w:val="center"/>
      </w:pPr>
      <w:r w:rsidRPr="00BA0C8B">
        <w:rPr>
          <w:i/>
          <w:color w:val="5F6B7A"/>
          <w:sz w:val="19"/>
        </w:rPr>
        <w:t xml:space="preserve">Figure 1. Radar des violations ergonomiques </w:t>
      </w:r>
      <w:proofErr w:type="spellStart"/>
      <w:r w:rsidRPr="00BA0C8B">
        <w:rPr>
          <w:i/>
          <w:color w:val="5F6B7A"/>
          <w:sz w:val="19"/>
        </w:rPr>
        <w:t>observees</w:t>
      </w:r>
      <w:proofErr w:type="spellEnd"/>
      <w:r w:rsidRPr="00BA0C8B">
        <w:rPr>
          <w:i/>
          <w:color w:val="5F6B7A"/>
          <w:sz w:val="19"/>
        </w:rPr>
        <w:t xml:space="preserve"> sur les trois passations.</w:t>
      </w:r>
    </w:p>
    <w:p w14:paraId="5F2D9817" w14:textId="22F5437B" w:rsidR="007833F3" w:rsidRPr="00BA0C8B" w:rsidRDefault="00000000">
      <w:r w:rsidRPr="00BA0C8B">
        <w:t xml:space="preserve">Le radar confirme cette lecture : la </w:t>
      </w:r>
      <w:r w:rsidR="00023657" w:rsidRPr="00BA0C8B">
        <w:t>compatibilité</w:t>
      </w:r>
      <w:r w:rsidRPr="00BA0C8B">
        <w:t xml:space="preserve"> domine, suivie par la signifiance des codes et </w:t>
      </w:r>
      <w:r w:rsidR="00023657" w:rsidRPr="00BA0C8B">
        <w:t>dénominations</w:t>
      </w:r>
      <w:r w:rsidRPr="00BA0C8B">
        <w:t xml:space="preserve">. Les </w:t>
      </w:r>
      <w:r w:rsidR="00023657" w:rsidRPr="00BA0C8B">
        <w:t>critères</w:t>
      </w:r>
      <w:r w:rsidRPr="00BA0C8B">
        <w:t xml:space="preserve"> de feedback, de </w:t>
      </w:r>
      <w:r w:rsidR="00023657" w:rsidRPr="00BA0C8B">
        <w:t>contrôle</w:t>
      </w:r>
      <w:r w:rsidRPr="00BA0C8B">
        <w:t xml:space="preserve"> explicite et de charge de travail ne ressortent pas ici comme les zones les plus critiques, ce qui est </w:t>
      </w:r>
      <w:r w:rsidR="00023657" w:rsidRPr="00BA0C8B">
        <w:t>cohérent</w:t>
      </w:r>
      <w:r w:rsidRPr="00BA0C8B">
        <w:t xml:space="preserve"> avec un prototype globalement lisible mais encore imparfait dans sa logique de classement.</w:t>
      </w:r>
    </w:p>
    <w:p w14:paraId="73309D12" w14:textId="1CEDF2D5" w:rsidR="007833F3" w:rsidRPr="00BA0C8B" w:rsidRDefault="00000000">
      <w:pPr>
        <w:pStyle w:val="Titre2"/>
      </w:pPr>
      <w:r w:rsidRPr="00BA0C8B">
        <w:t xml:space="preserve">3.3 Description </w:t>
      </w:r>
      <w:r w:rsidR="00023657" w:rsidRPr="00BA0C8B">
        <w:t>détaillée</w:t>
      </w:r>
      <w:r w:rsidRPr="00BA0C8B">
        <w:t xml:space="preserve"> de deux </w:t>
      </w:r>
      <w:r w:rsidR="00023657" w:rsidRPr="00BA0C8B">
        <w:t>problèmes</w:t>
      </w:r>
    </w:p>
    <w:p w14:paraId="38DC621F" w14:textId="68C26C58" w:rsidR="007833F3" w:rsidRPr="00BA0C8B" w:rsidRDefault="00023657">
      <w:pPr>
        <w:pStyle w:val="Titre3"/>
      </w:pPr>
      <w:r w:rsidRPr="00BA0C8B">
        <w:t>Problème</w:t>
      </w:r>
      <w:r w:rsidR="00000000" w:rsidRPr="00BA0C8B">
        <w:t xml:space="preserve"> P1 - Confusion entre "Guide </w:t>
      </w:r>
      <w:r w:rsidRPr="00BA0C8B">
        <w:t>première</w:t>
      </w:r>
      <w:r w:rsidR="00000000" w:rsidRPr="00BA0C8B">
        <w:t xml:space="preserve"> </w:t>
      </w:r>
      <w:r w:rsidR="00876262" w:rsidRPr="00BA0C8B">
        <w:t>séance</w:t>
      </w:r>
      <w:r w:rsidR="00000000" w:rsidRPr="00BA0C8B">
        <w:t>" et "</w:t>
      </w:r>
      <w:r w:rsidR="00876262" w:rsidRPr="00BA0C8B">
        <w:t>Séance</w:t>
      </w:r>
      <w:r w:rsidR="00000000" w:rsidRPr="00BA0C8B">
        <w:t xml:space="preserve"> </w:t>
      </w:r>
      <w:proofErr w:type="spellStart"/>
      <w:r w:rsidR="00000000" w:rsidRPr="00BA0C8B">
        <w:t>a</w:t>
      </w:r>
      <w:proofErr w:type="spellEnd"/>
      <w:r w:rsidR="00000000" w:rsidRPr="00BA0C8B">
        <w:t xml:space="preserve"> domicile"</w:t>
      </w:r>
    </w:p>
    <w:p w14:paraId="79AD0D09" w14:textId="7B57C448" w:rsidR="007833F3" w:rsidRPr="00BA0C8B" w:rsidRDefault="00000000">
      <w:r w:rsidRPr="00BA0C8B">
        <w:rPr>
          <w:b/>
        </w:rPr>
        <w:t xml:space="preserve">Que s'est-il passe : </w:t>
      </w:r>
      <w:r w:rsidRPr="00BA0C8B">
        <w:t xml:space="preserve">Lors de T2, les participants voulaient trouver "les </w:t>
      </w:r>
      <w:r w:rsidR="00876262" w:rsidRPr="00BA0C8B">
        <w:t>étapes</w:t>
      </w:r>
      <w:r w:rsidRPr="00BA0C8B">
        <w:t xml:space="preserve"> importantes pour commencer </w:t>
      </w:r>
      <w:proofErr w:type="spellStart"/>
      <w:proofErr w:type="gramStart"/>
      <w:r w:rsidRPr="00BA0C8B">
        <w:t>a</w:t>
      </w:r>
      <w:proofErr w:type="spellEnd"/>
      <w:proofErr w:type="gramEnd"/>
      <w:r w:rsidRPr="00BA0C8B">
        <w:t xml:space="preserve"> s'entrainer chez soi". Les trois profils ont </w:t>
      </w:r>
      <w:r w:rsidR="00876262" w:rsidRPr="00BA0C8B">
        <w:t>interprét</w:t>
      </w:r>
      <w:r w:rsidR="00876262">
        <w:t xml:space="preserve">é </w:t>
      </w:r>
      <w:r w:rsidRPr="00BA0C8B">
        <w:t xml:space="preserve">le </w:t>
      </w:r>
      <w:proofErr w:type="spellStart"/>
      <w:r w:rsidRPr="00BA0C8B">
        <w:t>mot-cle</w:t>
      </w:r>
      <w:proofErr w:type="spellEnd"/>
      <w:r w:rsidRPr="00BA0C8B">
        <w:t xml:space="preserve"> "chez soi" comme une invitation </w:t>
      </w:r>
      <w:r w:rsidR="00876262">
        <w:t>à</w:t>
      </w:r>
      <w:r w:rsidRPr="00BA0C8B">
        <w:t xml:space="preserve"> cliquer sur "</w:t>
      </w:r>
      <w:r w:rsidR="00876262" w:rsidRPr="00BA0C8B">
        <w:t>Séance</w:t>
      </w:r>
      <w:r w:rsidRPr="00BA0C8B">
        <w:t xml:space="preserve"> </w:t>
      </w:r>
      <w:proofErr w:type="spellStart"/>
      <w:r w:rsidRPr="00BA0C8B">
        <w:t>a</w:t>
      </w:r>
      <w:proofErr w:type="spellEnd"/>
      <w:r w:rsidRPr="00BA0C8B">
        <w:t xml:space="preserve"> domicile". Le </w:t>
      </w:r>
      <w:r w:rsidR="00876262" w:rsidRPr="00BA0C8B">
        <w:t>système</w:t>
      </w:r>
      <w:r w:rsidRPr="00BA0C8B">
        <w:t xml:space="preserve"> ne les </w:t>
      </w:r>
      <w:r w:rsidR="00876262" w:rsidRPr="00BA0C8B">
        <w:t>empêche</w:t>
      </w:r>
      <w:r w:rsidRPr="00BA0C8B">
        <w:t xml:space="preserve"> pas de suivre ce chemin, mais la page </w:t>
      </w:r>
      <w:r w:rsidR="00876262" w:rsidRPr="00BA0C8B">
        <w:t>affichée</w:t>
      </w:r>
      <w:r w:rsidRPr="00BA0C8B">
        <w:t xml:space="preserve"> ne </w:t>
      </w:r>
      <w:r w:rsidR="00876262" w:rsidRPr="00BA0C8B">
        <w:t>répond</w:t>
      </w:r>
      <w:r w:rsidRPr="00BA0C8B">
        <w:t xml:space="preserve"> pas exactement </w:t>
      </w:r>
      <w:proofErr w:type="spellStart"/>
      <w:proofErr w:type="gramStart"/>
      <w:r w:rsidRPr="00BA0C8B">
        <w:t>a</w:t>
      </w:r>
      <w:proofErr w:type="spellEnd"/>
      <w:proofErr w:type="gramEnd"/>
      <w:r w:rsidRPr="00BA0C8B">
        <w:t xml:space="preserve"> la demande ; ils doivent donc revenir en </w:t>
      </w:r>
      <w:proofErr w:type="spellStart"/>
      <w:r w:rsidRPr="00BA0C8B">
        <w:t>arriere</w:t>
      </w:r>
      <w:proofErr w:type="spellEnd"/>
      <w:r w:rsidRPr="00BA0C8B">
        <w:t xml:space="preserve"> pour trouver "Guide </w:t>
      </w:r>
      <w:proofErr w:type="spellStart"/>
      <w:r w:rsidRPr="00BA0C8B">
        <w:t>premiere</w:t>
      </w:r>
      <w:proofErr w:type="spellEnd"/>
      <w:r w:rsidRPr="00BA0C8B">
        <w:t xml:space="preserve"> </w:t>
      </w:r>
      <w:proofErr w:type="spellStart"/>
      <w:r w:rsidRPr="00BA0C8B">
        <w:t>seance</w:t>
      </w:r>
      <w:proofErr w:type="spellEnd"/>
      <w:r w:rsidRPr="00BA0C8B">
        <w:t>".</w:t>
      </w:r>
    </w:p>
    <w:p w14:paraId="7EDA00EF" w14:textId="77777777" w:rsidR="007833F3" w:rsidRPr="00BA0C8B" w:rsidRDefault="00000000">
      <w:r w:rsidRPr="00BA0C8B">
        <w:rPr>
          <w:b/>
        </w:rPr>
        <w:t xml:space="preserve">Point de vue utilisateur : </w:t>
      </w:r>
      <w:r w:rsidRPr="00BA0C8B">
        <w:t xml:space="preserve">Le </w:t>
      </w:r>
      <w:proofErr w:type="spellStart"/>
      <w:r w:rsidRPr="00BA0C8B">
        <w:t>probleme</w:t>
      </w:r>
      <w:proofErr w:type="spellEnd"/>
      <w:r w:rsidRPr="00BA0C8B">
        <w:t xml:space="preserve"> n'est pas une </w:t>
      </w:r>
      <w:proofErr w:type="spellStart"/>
      <w:r w:rsidRPr="00BA0C8B">
        <w:t>incomprehension</w:t>
      </w:r>
      <w:proofErr w:type="spellEnd"/>
      <w:r w:rsidRPr="00BA0C8B">
        <w:t xml:space="preserve"> du contenu une fois la bonne page atteinte, mais une erreur initiale de menu. Le comportement observe est </w:t>
      </w:r>
      <w:proofErr w:type="spellStart"/>
      <w:r w:rsidRPr="00BA0C8B">
        <w:t>coherent</w:t>
      </w:r>
      <w:proofErr w:type="spellEnd"/>
      <w:r w:rsidRPr="00BA0C8B">
        <w:t xml:space="preserve"> : le </w:t>
      </w:r>
      <w:proofErr w:type="spellStart"/>
      <w:r w:rsidRPr="00BA0C8B">
        <w:t>modele</w:t>
      </w:r>
      <w:proofErr w:type="spellEnd"/>
      <w:r w:rsidRPr="00BA0C8B">
        <w:t xml:space="preserve"> mental utilisateur associe naturellement maison et </w:t>
      </w:r>
      <w:proofErr w:type="spellStart"/>
      <w:r w:rsidRPr="00BA0C8B">
        <w:t>seance</w:t>
      </w:r>
      <w:proofErr w:type="spellEnd"/>
      <w:r w:rsidRPr="00BA0C8B">
        <w:t xml:space="preserve"> </w:t>
      </w:r>
      <w:proofErr w:type="spellStart"/>
      <w:r w:rsidRPr="00BA0C8B">
        <w:t>a</w:t>
      </w:r>
      <w:proofErr w:type="spellEnd"/>
      <w:r w:rsidRPr="00BA0C8B">
        <w:t xml:space="preserve"> domicile.</w:t>
      </w:r>
    </w:p>
    <w:p w14:paraId="2D924317" w14:textId="6E8623B4" w:rsidR="000B50E1" w:rsidRPr="00BA0C8B" w:rsidRDefault="00000000" w:rsidP="000B50E1">
      <w:pPr>
        <w:ind w:left="454"/>
      </w:pPr>
      <w:r w:rsidRPr="00BA0C8B">
        <w:rPr>
          <w:b/>
          <w:i/>
          <w:sz w:val="20"/>
        </w:rPr>
        <w:t xml:space="preserve"> Mehdi : </w:t>
      </w:r>
      <w:r w:rsidRPr="00BA0C8B">
        <w:rPr>
          <w:i/>
          <w:sz w:val="20"/>
        </w:rPr>
        <w:t>"</w:t>
      </w:r>
      <w:r w:rsidR="000B50E1">
        <w:rPr>
          <w:i/>
          <w:sz w:val="20"/>
        </w:rPr>
        <w:t>ok je suppose que c’est là</w:t>
      </w:r>
      <w:r w:rsidRPr="00BA0C8B">
        <w:rPr>
          <w:i/>
          <w:sz w:val="20"/>
        </w:rPr>
        <w:t xml:space="preserve"> </w:t>
      </w:r>
      <w:r w:rsidR="000B50E1">
        <w:rPr>
          <w:i/>
          <w:sz w:val="20"/>
        </w:rPr>
        <w:t>(</w:t>
      </w:r>
      <w:proofErr w:type="gramStart"/>
      <w:r w:rsidR="000B50E1">
        <w:rPr>
          <w:i/>
          <w:sz w:val="20"/>
        </w:rPr>
        <w:t>on</w:t>
      </w:r>
      <w:proofErr w:type="gramEnd"/>
      <w:r w:rsidR="000B50E1">
        <w:rPr>
          <w:i/>
          <w:sz w:val="20"/>
        </w:rPr>
        <w:t xml:space="preserve"> appuyant sur découvrir</w:t>
      </w:r>
      <w:proofErr w:type="gramStart"/>
      <w:r w:rsidR="000B50E1">
        <w:rPr>
          <w:i/>
          <w:sz w:val="20"/>
        </w:rPr>
        <w:t>)….</w:t>
      </w:r>
      <w:proofErr w:type="gramEnd"/>
      <w:r w:rsidR="000B50E1">
        <w:rPr>
          <w:i/>
          <w:sz w:val="20"/>
        </w:rPr>
        <w:t xml:space="preserve">. </w:t>
      </w:r>
      <w:proofErr w:type="gramStart"/>
      <w:r w:rsidR="000B50E1">
        <w:rPr>
          <w:i/>
          <w:sz w:val="20"/>
        </w:rPr>
        <w:t>séance</w:t>
      </w:r>
      <w:proofErr w:type="gramEnd"/>
      <w:r w:rsidR="000B50E1">
        <w:rPr>
          <w:i/>
          <w:sz w:val="20"/>
        </w:rPr>
        <w:t xml:space="preserve"> à domicile </w:t>
      </w:r>
      <w:proofErr w:type="spellStart"/>
      <w:r w:rsidR="000B50E1">
        <w:rPr>
          <w:i/>
          <w:sz w:val="20"/>
        </w:rPr>
        <w:t>oké</w:t>
      </w:r>
      <w:proofErr w:type="spellEnd"/>
      <w:r w:rsidR="000B50E1">
        <w:rPr>
          <w:i/>
          <w:sz w:val="20"/>
        </w:rPr>
        <w:t xml:space="preserve"> pompe </w:t>
      </w:r>
      <w:proofErr w:type="spellStart"/>
      <w:proofErr w:type="gramStart"/>
      <w:r w:rsidR="000B50E1">
        <w:rPr>
          <w:i/>
          <w:sz w:val="20"/>
        </w:rPr>
        <w:t>classique,tu</w:t>
      </w:r>
      <w:proofErr w:type="spellEnd"/>
      <w:proofErr w:type="gramEnd"/>
      <w:r w:rsidR="000B50E1">
        <w:rPr>
          <w:i/>
          <w:sz w:val="20"/>
        </w:rPr>
        <w:t xml:space="preserve"> vois là c’est des exo </w:t>
      </w:r>
      <w:proofErr w:type="spellStart"/>
      <w:r w:rsidR="000B50E1">
        <w:rPr>
          <w:i/>
          <w:sz w:val="20"/>
        </w:rPr>
        <w:t>etc</w:t>
      </w:r>
      <w:proofErr w:type="spellEnd"/>
      <w:r w:rsidR="000B50E1">
        <w:rPr>
          <w:i/>
          <w:sz w:val="20"/>
        </w:rPr>
        <w:t xml:space="preserve"> mais je</w:t>
      </w:r>
      <w:proofErr w:type="gramStart"/>
      <w:r w:rsidR="000B50E1">
        <w:rPr>
          <w:i/>
          <w:sz w:val="20"/>
        </w:rPr>
        <w:t xml:space="preserve"> ..</w:t>
      </w:r>
      <w:proofErr w:type="gramEnd"/>
      <w:r w:rsidR="000B50E1">
        <w:rPr>
          <w:i/>
          <w:sz w:val="20"/>
        </w:rPr>
        <w:t xml:space="preserve"> </w:t>
      </w:r>
      <w:proofErr w:type="gramStart"/>
      <w:r w:rsidR="000B50E1">
        <w:rPr>
          <w:i/>
          <w:sz w:val="20"/>
        </w:rPr>
        <w:t>comment</w:t>
      </w:r>
      <w:proofErr w:type="gramEnd"/>
      <w:r w:rsidR="000B50E1">
        <w:rPr>
          <w:i/>
          <w:sz w:val="20"/>
        </w:rPr>
        <w:t xml:space="preserve"> est ce que je </w:t>
      </w:r>
      <w:proofErr w:type="spellStart"/>
      <w:proofErr w:type="gramStart"/>
      <w:r w:rsidR="000B50E1">
        <w:rPr>
          <w:i/>
          <w:sz w:val="20"/>
        </w:rPr>
        <w:t>commance</w:t>
      </w:r>
      <w:proofErr w:type="spellEnd"/>
      <w:r w:rsidR="000B50E1">
        <w:rPr>
          <w:i/>
          <w:sz w:val="20"/>
        </w:rPr>
        <w:t>….( il</w:t>
      </w:r>
      <w:proofErr w:type="gramEnd"/>
      <w:r w:rsidR="000B50E1">
        <w:rPr>
          <w:i/>
          <w:sz w:val="20"/>
        </w:rPr>
        <w:t xml:space="preserve"> appuie de nouveau sur découvrir et lit les sous rubrique une par une et il arrive vers </w:t>
      </w:r>
      <w:proofErr w:type="gramStart"/>
      <w:r w:rsidR="000B50E1">
        <w:rPr>
          <w:i/>
          <w:sz w:val="20"/>
        </w:rPr>
        <w:t>guide )</w:t>
      </w:r>
      <w:proofErr w:type="gramEnd"/>
      <w:r w:rsidR="000B50E1">
        <w:rPr>
          <w:i/>
          <w:sz w:val="20"/>
        </w:rPr>
        <w:t xml:space="preserve"> guide </w:t>
      </w:r>
      <w:proofErr w:type="spellStart"/>
      <w:r w:rsidR="000B50E1">
        <w:rPr>
          <w:i/>
          <w:sz w:val="20"/>
        </w:rPr>
        <w:t>ahhh</w:t>
      </w:r>
      <w:proofErr w:type="spellEnd"/>
      <w:r w:rsidR="000B50E1">
        <w:rPr>
          <w:i/>
          <w:sz w:val="20"/>
        </w:rPr>
        <w:t xml:space="preserve"> guide première séance ? c’est ça qui m’intéresse moi …….. </w:t>
      </w:r>
      <w:proofErr w:type="spellStart"/>
      <w:proofErr w:type="gramStart"/>
      <w:r w:rsidR="000B50E1">
        <w:rPr>
          <w:i/>
          <w:sz w:val="20"/>
        </w:rPr>
        <w:t>okk</w:t>
      </w:r>
      <w:proofErr w:type="spellEnd"/>
      <w:proofErr w:type="gramEnd"/>
      <w:r w:rsidR="000B50E1">
        <w:rPr>
          <w:i/>
          <w:sz w:val="20"/>
        </w:rPr>
        <w:t xml:space="preserve"> maintenant c’est plus </w:t>
      </w:r>
      <w:r w:rsidR="000B50E1">
        <w:rPr>
          <w:i/>
          <w:sz w:val="20"/>
        </w:rPr>
        <w:t>clair</w:t>
      </w:r>
      <w:r w:rsidR="000B50E1">
        <w:rPr>
          <w:i/>
          <w:sz w:val="20"/>
        </w:rPr>
        <w:t xml:space="preserve"> </w:t>
      </w:r>
      <w:proofErr w:type="gramStart"/>
      <w:r w:rsidR="000B50E1">
        <w:rPr>
          <w:i/>
          <w:sz w:val="20"/>
        </w:rPr>
        <w:t>( dès</w:t>
      </w:r>
      <w:proofErr w:type="gramEnd"/>
      <w:r w:rsidR="000B50E1">
        <w:rPr>
          <w:i/>
          <w:sz w:val="20"/>
        </w:rPr>
        <w:t xml:space="preserve"> qu’il a vu le mot étape). </w:t>
      </w:r>
    </w:p>
    <w:p w14:paraId="0C62DBF8" w14:textId="5F249AF3" w:rsidR="007833F3" w:rsidRPr="00BA0C8B" w:rsidRDefault="007833F3">
      <w:pPr>
        <w:ind w:left="454"/>
      </w:pPr>
    </w:p>
    <w:p w14:paraId="479D7868" w14:textId="6E06A061" w:rsidR="007833F3" w:rsidRPr="00BA0C8B" w:rsidRDefault="00000000">
      <w:pPr>
        <w:ind w:left="454"/>
      </w:pPr>
      <w:r w:rsidRPr="00BA0C8B">
        <w:rPr>
          <w:b/>
          <w:i/>
          <w:sz w:val="20"/>
        </w:rPr>
        <w:t xml:space="preserve">Ines : </w:t>
      </w:r>
      <w:r w:rsidRPr="00BA0C8B">
        <w:rPr>
          <w:i/>
          <w:sz w:val="20"/>
        </w:rPr>
        <w:t xml:space="preserve">"Je clique </w:t>
      </w:r>
      <w:r w:rsidR="00380A9C" w:rsidRPr="00BA0C8B">
        <w:rPr>
          <w:i/>
          <w:sz w:val="20"/>
        </w:rPr>
        <w:t>Séance</w:t>
      </w:r>
      <w:r w:rsidRPr="00BA0C8B">
        <w:rPr>
          <w:i/>
          <w:sz w:val="20"/>
        </w:rPr>
        <w:t xml:space="preserve"> </w:t>
      </w:r>
      <w:proofErr w:type="spellStart"/>
      <w:r w:rsidRPr="00BA0C8B">
        <w:rPr>
          <w:i/>
          <w:sz w:val="20"/>
        </w:rPr>
        <w:t>a</w:t>
      </w:r>
      <w:proofErr w:type="spellEnd"/>
      <w:r w:rsidRPr="00BA0C8B">
        <w:rPr>
          <w:i/>
          <w:sz w:val="20"/>
        </w:rPr>
        <w:t xml:space="preserve"> domicile parce que c'est chez moi. </w:t>
      </w:r>
      <w:proofErr w:type="gramStart"/>
      <w:r w:rsidRPr="00BA0C8B">
        <w:rPr>
          <w:i/>
          <w:sz w:val="20"/>
        </w:rPr>
        <w:t>C'est</w:t>
      </w:r>
      <w:proofErr w:type="gramEnd"/>
      <w:r w:rsidRPr="00BA0C8B">
        <w:rPr>
          <w:i/>
          <w:sz w:val="20"/>
        </w:rPr>
        <w:t xml:space="preserve"> les exercices mais pas vraiment </w:t>
      </w:r>
      <w:r w:rsidR="00380A9C">
        <w:rPr>
          <w:i/>
          <w:sz w:val="20"/>
        </w:rPr>
        <w:t xml:space="preserve">des </w:t>
      </w:r>
      <w:r w:rsidR="00380A9C" w:rsidRPr="00BA0C8B">
        <w:rPr>
          <w:i/>
          <w:sz w:val="20"/>
        </w:rPr>
        <w:t>étapes</w:t>
      </w:r>
      <w:r w:rsidRPr="00BA0C8B">
        <w:rPr>
          <w:i/>
          <w:sz w:val="20"/>
        </w:rPr>
        <w:t xml:space="preserve">. Je reviens... Guide </w:t>
      </w:r>
      <w:proofErr w:type="spellStart"/>
      <w:r w:rsidRPr="00BA0C8B">
        <w:rPr>
          <w:i/>
          <w:sz w:val="20"/>
        </w:rPr>
        <w:t>premiere</w:t>
      </w:r>
      <w:proofErr w:type="spellEnd"/>
      <w:r w:rsidRPr="00BA0C8B">
        <w:rPr>
          <w:i/>
          <w:sz w:val="20"/>
        </w:rPr>
        <w:t xml:space="preserve"> </w:t>
      </w:r>
      <w:proofErr w:type="spellStart"/>
      <w:r w:rsidRPr="00BA0C8B">
        <w:rPr>
          <w:i/>
          <w:sz w:val="20"/>
        </w:rPr>
        <w:t>seance</w:t>
      </w:r>
      <w:proofErr w:type="spellEnd"/>
      <w:r w:rsidRPr="00BA0C8B">
        <w:rPr>
          <w:i/>
          <w:sz w:val="20"/>
        </w:rPr>
        <w:t xml:space="preserve">, c'est </w:t>
      </w:r>
      <w:r w:rsidR="00380A9C" w:rsidRPr="00BA0C8B">
        <w:rPr>
          <w:i/>
          <w:sz w:val="20"/>
        </w:rPr>
        <w:t>ça</w:t>
      </w:r>
      <w:r w:rsidRPr="00BA0C8B">
        <w:rPr>
          <w:i/>
          <w:sz w:val="20"/>
        </w:rPr>
        <w:t>."</w:t>
      </w:r>
    </w:p>
    <w:p w14:paraId="7F211A46" w14:textId="4B78197B" w:rsidR="007833F3" w:rsidRPr="00BA0C8B" w:rsidRDefault="00000000">
      <w:pPr>
        <w:ind w:left="454"/>
      </w:pPr>
      <w:r w:rsidRPr="00BA0C8B">
        <w:rPr>
          <w:b/>
          <w:i/>
          <w:sz w:val="20"/>
        </w:rPr>
        <w:t xml:space="preserve"> Lucas : </w:t>
      </w:r>
      <w:r w:rsidRPr="00BA0C8B">
        <w:rPr>
          <w:i/>
          <w:sz w:val="20"/>
        </w:rPr>
        <w:t xml:space="preserve">"Je cherche les </w:t>
      </w:r>
      <w:r w:rsidR="00380A9C" w:rsidRPr="00BA0C8B">
        <w:rPr>
          <w:i/>
          <w:sz w:val="20"/>
        </w:rPr>
        <w:t>étapes</w:t>
      </w:r>
      <w:r w:rsidRPr="00BA0C8B">
        <w:rPr>
          <w:i/>
          <w:sz w:val="20"/>
        </w:rPr>
        <w:t xml:space="preserve"> pour chez moi... donc </w:t>
      </w:r>
      <w:proofErr w:type="spellStart"/>
      <w:r w:rsidR="00380A9C">
        <w:rPr>
          <w:i/>
          <w:sz w:val="20"/>
        </w:rPr>
        <w:t>vsy</w:t>
      </w:r>
      <w:proofErr w:type="spellEnd"/>
      <w:r w:rsidR="00380A9C">
        <w:rPr>
          <w:i/>
          <w:sz w:val="20"/>
        </w:rPr>
        <w:t xml:space="preserve"> c’est là </w:t>
      </w:r>
      <w:r w:rsidRPr="00BA0C8B">
        <w:rPr>
          <w:i/>
          <w:sz w:val="20"/>
        </w:rPr>
        <w:t xml:space="preserve">je clique </w:t>
      </w:r>
      <w:r w:rsidR="00380A9C" w:rsidRPr="00BA0C8B">
        <w:rPr>
          <w:i/>
          <w:sz w:val="20"/>
        </w:rPr>
        <w:t>Séance</w:t>
      </w:r>
      <w:r w:rsidRPr="00BA0C8B">
        <w:rPr>
          <w:i/>
          <w:sz w:val="20"/>
        </w:rPr>
        <w:t xml:space="preserve"> </w:t>
      </w:r>
      <w:proofErr w:type="spellStart"/>
      <w:r w:rsidRPr="00BA0C8B">
        <w:rPr>
          <w:i/>
          <w:sz w:val="20"/>
        </w:rPr>
        <w:t>a</w:t>
      </w:r>
      <w:proofErr w:type="spellEnd"/>
      <w:r w:rsidRPr="00BA0C8B">
        <w:rPr>
          <w:i/>
          <w:sz w:val="20"/>
        </w:rPr>
        <w:t xml:space="preserve"> domicile. </w:t>
      </w:r>
      <w:proofErr w:type="spellStart"/>
      <w:r w:rsidRPr="00BA0C8B">
        <w:rPr>
          <w:i/>
          <w:sz w:val="20"/>
        </w:rPr>
        <w:t>Hmm</w:t>
      </w:r>
      <w:proofErr w:type="spellEnd"/>
      <w:r w:rsidRPr="00BA0C8B">
        <w:rPr>
          <w:i/>
          <w:sz w:val="20"/>
        </w:rPr>
        <w:t>... c'est plus un programme</w:t>
      </w:r>
      <w:r w:rsidR="00380A9C">
        <w:rPr>
          <w:i/>
          <w:sz w:val="20"/>
        </w:rPr>
        <w:t xml:space="preserve"> </w:t>
      </w:r>
      <w:proofErr w:type="gramStart"/>
      <w:r w:rsidR="00380A9C">
        <w:rPr>
          <w:i/>
          <w:sz w:val="20"/>
        </w:rPr>
        <w:t>non ?</w:t>
      </w:r>
      <w:r w:rsidRPr="00BA0C8B">
        <w:rPr>
          <w:i/>
          <w:sz w:val="20"/>
        </w:rPr>
        <w:t>.</w:t>
      </w:r>
      <w:proofErr w:type="gramEnd"/>
      <w:r w:rsidRPr="00BA0C8B">
        <w:rPr>
          <w:i/>
          <w:sz w:val="20"/>
        </w:rPr>
        <w:t xml:space="preserve"> Je </w:t>
      </w:r>
      <w:r w:rsidR="00380A9C">
        <w:rPr>
          <w:i/>
          <w:sz w:val="20"/>
        </w:rPr>
        <w:t>test autre chose</w:t>
      </w:r>
      <w:r w:rsidRPr="00BA0C8B">
        <w:rPr>
          <w:i/>
          <w:sz w:val="20"/>
        </w:rPr>
        <w:t xml:space="preserve">. Ah </w:t>
      </w:r>
      <w:proofErr w:type="spellStart"/>
      <w:r w:rsidRPr="00BA0C8B">
        <w:rPr>
          <w:i/>
          <w:sz w:val="20"/>
        </w:rPr>
        <w:t>voila</w:t>
      </w:r>
      <w:proofErr w:type="spellEnd"/>
      <w:r w:rsidRPr="00BA0C8B">
        <w:rPr>
          <w:i/>
          <w:sz w:val="20"/>
        </w:rPr>
        <w:t xml:space="preserve">, y'a 5 </w:t>
      </w:r>
      <w:proofErr w:type="spellStart"/>
      <w:r w:rsidRPr="00BA0C8B">
        <w:rPr>
          <w:i/>
          <w:sz w:val="20"/>
        </w:rPr>
        <w:t>etapes</w:t>
      </w:r>
      <w:proofErr w:type="spellEnd"/>
      <w:r w:rsidRPr="00BA0C8B">
        <w:rPr>
          <w:i/>
          <w:sz w:val="20"/>
        </w:rPr>
        <w:t>."</w:t>
      </w:r>
      <w:r w:rsidR="00380A9C">
        <w:rPr>
          <w:i/>
          <w:sz w:val="20"/>
        </w:rPr>
        <w:t xml:space="preserve">  C’est ça mais mec </w:t>
      </w:r>
      <w:proofErr w:type="gramStart"/>
      <w:r w:rsidR="00380A9C">
        <w:rPr>
          <w:i/>
          <w:sz w:val="20"/>
        </w:rPr>
        <w:t>c’est pas</w:t>
      </w:r>
      <w:proofErr w:type="gramEnd"/>
      <w:r w:rsidR="00380A9C">
        <w:rPr>
          <w:i/>
          <w:sz w:val="20"/>
        </w:rPr>
        <w:t xml:space="preserve"> claire en vrai elle sert à quoi l’autre page ?</w:t>
      </w:r>
    </w:p>
    <w:p w14:paraId="2CB92C82" w14:textId="5C08E2E1" w:rsidR="00CE1A3C" w:rsidRPr="00CE1A3C" w:rsidRDefault="00000000" w:rsidP="00CE1A3C">
      <w:r w:rsidRPr="00BA0C8B">
        <w:rPr>
          <w:b/>
        </w:rPr>
        <w:t xml:space="preserve">Diagnostic : </w:t>
      </w:r>
      <w:r w:rsidRPr="00BA0C8B">
        <w:t xml:space="preserve">Ce </w:t>
      </w:r>
      <w:r w:rsidR="00380A9C" w:rsidRPr="00BA0C8B">
        <w:t>problème</w:t>
      </w:r>
      <w:r w:rsidRPr="00BA0C8B">
        <w:t xml:space="preserve"> </w:t>
      </w:r>
      <w:r w:rsidR="00380A9C" w:rsidRPr="00BA0C8B">
        <w:t>rel</w:t>
      </w:r>
      <w:r w:rsidR="00380A9C">
        <w:t>è</w:t>
      </w:r>
      <w:r w:rsidR="00380A9C" w:rsidRPr="00BA0C8B">
        <w:t>v</w:t>
      </w:r>
      <w:r w:rsidR="00380A9C">
        <w:t>e</w:t>
      </w:r>
      <w:r w:rsidRPr="00BA0C8B">
        <w:t xml:space="preserve"> du </w:t>
      </w:r>
      <w:r w:rsidR="00380A9C" w:rsidRPr="00BA0C8B">
        <w:t>critère</w:t>
      </w:r>
      <w:r w:rsidRPr="00BA0C8B">
        <w:t xml:space="preserve"> de </w:t>
      </w:r>
      <w:r w:rsidR="00380A9C" w:rsidRPr="00BA0C8B">
        <w:t>compatibilité</w:t>
      </w:r>
      <w:r w:rsidRPr="00BA0C8B">
        <w:t xml:space="preserve"> de Bastien et Scapin. Le </w:t>
      </w:r>
      <w:r w:rsidR="00380A9C" w:rsidRPr="00BA0C8B">
        <w:t>système</w:t>
      </w:r>
      <w:r w:rsidRPr="00BA0C8B">
        <w:t xml:space="preserve"> n'est pas align</w:t>
      </w:r>
      <w:r w:rsidR="00380A9C">
        <w:t>é</w:t>
      </w:r>
      <w:r w:rsidRPr="00BA0C8B">
        <w:t xml:space="preserve"> avec le </w:t>
      </w:r>
      <w:r w:rsidR="00380A9C" w:rsidRPr="00BA0C8B">
        <w:t>modèle</w:t>
      </w:r>
      <w:r w:rsidRPr="00BA0C8B">
        <w:t xml:space="preserve"> mental des novices ; l'intitul</w:t>
      </w:r>
      <w:r w:rsidR="00380A9C">
        <w:t>é</w:t>
      </w:r>
      <w:r w:rsidRPr="00BA0C8B">
        <w:t xml:space="preserve"> du menu active un chemin logique pour l'utilisateur, mais la bonne </w:t>
      </w:r>
      <w:r w:rsidR="00380A9C" w:rsidRPr="00BA0C8B">
        <w:t>réponse</w:t>
      </w:r>
      <w:r w:rsidRPr="00BA0C8B">
        <w:t xml:space="preserve"> est </w:t>
      </w:r>
      <w:r w:rsidR="00380A9C" w:rsidRPr="00BA0C8B">
        <w:t>rangée</w:t>
      </w:r>
      <w:r w:rsidRPr="00BA0C8B">
        <w:t xml:space="preserve"> ailleurs. Lallemand et </w:t>
      </w:r>
      <w:proofErr w:type="spellStart"/>
      <w:r w:rsidRPr="00BA0C8B">
        <w:t>Gronier</w:t>
      </w:r>
      <w:proofErr w:type="spellEnd"/>
      <w:r w:rsidRPr="00BA0C8B">
        <w:t xml:space="preserve"> soulignent que cette </w:t>
      </w:r>
      <w:r w:rsidR="00380A9C" w:rsidRPr="00BA0C8B">
        <w:t>compatibilité</w:t>
      </w:r>
      <w:r w:rsidRPr="00BA0C8B">
        <w:t xml:space="preserve"> est </w:t>
      </w:r>
      <w:r w:rsidR="00380A9C" w:rsidRPr="00BA0C8B">
        <w:t>décisive</w:t>
      </w:r>
      <w:r w:rsidRPr="00BA0C8B">
        <w:t xml:space="preserve"> en </w:t>
      </w:r>
      <w:r w:rsidR="00380A9C" w:rsidRPr="00BA0C8B">
        <w:t>première</w:t>
      </w:r>
      <w:r w:rsidRPr="00BA0C8B">
        <w:t xml:space="preserve"> utilisation, lorsque l'utilisateur ne connait pas encore l'architecture du site.</w:t>
      </w:r>
      <w:r w:rsidR="00380A9C">
        <w:t xml:space="preserve"> J’ai observé souvent lorsque ce problème de compatibilité </w:t>
      </w:r>
      <w:proofErr w:type="gramStart"/>
      <w:r w:rsidR="00380A9C">
        <w:t>reviens ,</w:t>
      </w:r>
      <w:proofErr w:type="gramEnd"/>
      <w:r w:rsidR="00380A9C">
        <w:t xml:space="preserve"> les utilisateurs se mettent à faire </w:t>
      </w:r>
      <w:proofErr w:type="gramStart"/>
      <w:r w:rsidR="00380A9C">
        <w:t>tous la même chose</w:t>
      </w:r>
      <w:proofErr w:type="gramEnd"/>
      <w:r w:rsidR="00380A9C">
        <w:t xml:space="preserve"> : la navigation aléatoire et cela fait perdre beaucoup de temps en sachant que </w:t>
      </w:r>
      <w:proofErr w:type="spellStart"/>
      <w:r w:rsidR="00380A9C">
        <w:t>sovuent</w:t>
      </w:r>
      <w:proofErr w:type="spellEnd"/>
      <w:r w:rsidR="00380A9C">
        <w:t xml:space="preserve"> </w:t>
      </w:r>
      <w:r w:rsidR="008643AF">
        <w:t>les utilisateurs</w:t>
      </w:r>
      <w:r w:rsidR="00380A9C">
        <w:t xml:space="preserve"> s’il ne trouve pas rapidement les informations, ils partent </w:t>
      </w:r>
      <w:r w:rsidR="00CE1A3C">
        <w:t xml:space="preserve">du site, il y a également un problème de guidage car </w:t>
      </w:r>
      <w:r w:rsidR="00CE1A3C" w:rsidRPr="00CE1A3C">
        <w:t>l’utilisateur manque de repères dans la structure globale.</w:t>
      </w:r>
    </w:p>
    <w:p w14:paraId="54018E55" w14:textId="7D47C8EC" w:rsidR="00CE1A3C" w:rsidRPr="00CE1A3C" w:rsidRDefault="00CE1A3C" w:rsidP="00CE1A3C">
      <w:r w:rsidRPr="00CE1A3C">
        <w:t>Car un mauvais nom de rubrique perturbe aussi</w:t>
      </w:r>
      <w:proofErr w:type="gramStart"/>
      <w:r w:rsidRPr="00CE1A3C">
        <w:t xml:space="preserve"> :l’</w:t>
      </w:r>
      <w:r w:rsidR="008643AF" w:rsidRPr="00CE1A3C">
        <w:t>orientation</w:t>
      </w:r>
      <w:proofErr w:type="gramEnd"/>
      <w:r w:rsidR="008643AF" w:rsidRPr="00CE1A3C">
        <w:t>, la</w:t>
      </w:r>
      <w:r w:rsidRPr="00CE1A3C">
        <w:t xml:space="preserve"> compréhension de l’</w:t>
      </w:r>
      <w:r w:rsidR="008643AF" w:rsidRPr="00CE1A3C">
        <w:t>arborescence, la</w:t>
      </w:r>
      <w:r w:rsidRPr="00CE1A3C">
        <w:t xml:space="preserve"> prédictibilité du parcours.</w:t>
      </w:r>
      <w:r>
        <w:t xml:space="preserve"> </w:t>
      </w:r>
    </w:p>
    <w:p w14:paraId="33F9F03C" w14:textId="5ABE32F0" w:rsidR="007833F3" w:rsidRPr="00BA0C8B" w:rsidRDefault="007833F3"/>
    <w:p w14:paraId="1681EA91" w14:textId="77777777" w:rsidR="007833F3" w:rsidRDefault="00000000">
      <w:r w:rsidRPr="00BA0C8B">
        <w:rPr>
          <w:b/>
        </w:rPr>
        <w:t xml:space="preserve">Illustration et recommandation : </w:t>
      </w:r>
      <w:r w:rsidRPr="00BA0C8B">
        <w:t xml:space="preserve">Le </w:t>
      </w:r>
      <w:proofErr w:type="spellStart"/>
      <w:r w:rsidRPr="00BA0C8B">
        <w:t>schema</w:t>
      </w:r>
      <w:proofErr w:type="spellEnd"/>
      <w:r w:rsidRPr="00BA0C8B">
        <w:t xml:space="preserve"> ci-dessous montre le </w:t>
      </w:r>
      <w:proofErr w:type="spellStart"/>
      <w:r w:rsidRPr="00BA0C8B">
        <w:t>detour</w:t>
      </w:r>
      <w:proofErr w:type="spellEnd"/>
      <w:r w:rsidRPr="00BA0C8B">
        <w:t xml:space="preserve"> observe. Pour corriger ce point, il faut soit expliciter "Guide </w:t>
      </w:r>
      <w:proofErr w:type="spellStart"/>
      <w:r w:rsidRPr="00BA0C8B">
        <w:t>premiere</w:t>
      </w:r>
      <w:proofErr w:type="spellEnd"/>
      <w:r w:rsidRPr="00BA0C8B">
        <w:t xml:space="preserve"> </w:t>
      </w:r>
      <w:proofErr w:type="spellStart"/>
      <w:r w:rsidRPr="00BA0C8B">
        <w:t>seance</w:t>
      </w:r>
      <w:proofErr w:type="spellEnd"/>
      <w:r w:rsidRPr="00BA0C8B">
        <w:t xml:space="preserve">" avec un sous-titre du type "Les 5 </w:t>
      </w:r>
      <w:proofErr w:type="spellStart"/>
      <w:r w:rsidRPr="00BA0C8B">
        <w:t>etapes</w:t>
      </w:r>
      <w:proofErr w:type="spellEnd"/>
      <w:r w:rsidRPr="00BA0C8B">
        <w:t xml:space="preserve"> pour </w:t>
      </w:r>
      <w:proofErr w:type="spellStart"/>
      <w:r w:rsidRPr="00BA0C8B">
        <w:t>debuter</w:t>
      </w:r>
      <w:proofErr w:type="spellEnd"/>
      <w:r w:rsidRPr="00BA0C8B">
        <w:t xml:space="preserve"> chez soi", soit renommer "</w:t>
      </w:r>
      <w:proofErr w:type="spellStart"/>
      <w:r w:rsidRPr="00BA0C8B">
        <w:t>Seance</w:t>
      </w:r>
      <w:proofErr w:type="spellEnd"/>
      <w:r w:rsidRPr="00BA0C8B">
        <w:t xml:space="preserve"> a domicile" pour la </w:t>
      </w:r>
      <w:proofErr w:type="spellStart"/>
      <w:r w:rsidRPr="00BA0C8B">
        <w:t>differencier</w:t>
      </w:r>
      <w:proofErr w:type="spellEnd"/>
      <w:r w:rsidRPr="00BA0C8B">
        <w:t xml:space="preserve"> clairement d'un parcours guide.</w:t>
      </w:r>
    </w:p>
    <w:p w14:paraId="42D458A7" w14:textId="77777777" w:rsidR="00CE1A3C" w:rsidRDefault="00CE1A3C"/>
    <w:p w14:paraId="7B94B340" w14:textId="345CE528" w:rsidR="00CE1A3C" w:rsidRPr="00BA0C8B" w:rsidRDefault="00CE1A3C">
      <w:r>
        <w:t xml:space="preserve">Voici la vidéo du problème </w:t>
      </w:r>
      <w:proofErr w:type="gramStart"/>
      <w:r>
        <w:t>( passation</w:t>
      </w:r>
      <w:proofErr w:type="gramEnd"/>
      <w:r>
        <w:t xml:space="preserve"> </w:t>
      </w:r>
      <w:proofErr w:type="spellStart"/>
      <w:r>
        <w:t>mehdi</w:t>
      </w:r>
      <w:proofErr w:type="spellEnd"/>
      <w:r>
        <w:t>) :</w:t>
      </w:r>
      <w:r w:rsidR="00632E78" w:rsidRPr="00632E78">
        <w:t xml:space="preserve"> </w:t>
      </w:r>
      <w:hyperlink r:id="rId12" w:history="1">
        <w:r w:rsidR="006C7319" w:rsidRPr="006C7319">
          <w:rPr>
            <w:rStyle w:val="Lienhypertexte"/>
          </w:rPr>
          <w:t>tache 2</w:t>
        </w:r>
      </w:hyperlink>
    </w:p>
    <w:p w14:paraId="11107C11" w14:textId="77777777" w:rsidR="007833F3" w:rsidRPr="00BA0C8B" w:rsidRDefault="00000000">
      <w:pPr>
        <w:jc w:val="center"/>
      </w:pPr>
      <w:r w:rsidRPr="00BA0C8B">
        <w:drawing>
          <wp:inline distT="0" distB="0" distL="0" distR="0" wp14:anchorId="02195574" wp14:editId="20EFF51F">
            <wp:extent cx="5760000" cy="2465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s_p1_flow.png"/>
                    <pic:cNvPicPr/>
                  </pic:nvPicPr>
                  <pic:blipFill>
                    <a:blip r:embed="rId13"/>
                    <a:stretch>
                      <a:fillRect/>
                    </a:stretch>
                  </pic:blipFill>
                  <pic:spPr>
                    <a:xfrm>
                      <a:off x="0" y="0"/>
                      <a:ext cx="5760000" cy="2465694"/>
                    </a:xfrm>
                    <a:prstGeom prst="rect">
                      <a:avLst/>
                    </a:prstGeom>
                  </pic:spPr>
                </pic:pic>
              </a:graphicData>
            </a:graphic>
          </wp:inline>
        </w:drawing>
      </w:r>
    </w:p>
    <w:p w14:paraId="40746547" w14:textId="77777777" w:rsidR="007833F3" w:rsidRPr="00BA0C8B" w:rsidRDefault="00000000">
      <w:pPr>
        <w:jc w:val="center"/>
      </w:pPr>
      <w:r w:rsidRPr="00BA0C8B">
        <w:rPr>
          <w:i/>
          <w:color w:val="5F6B7A"/>
          <w:sz w:val="19"/>
        </w:rPr>
        <w:t xml:space="preserve">Figure 2. Reconstitution du parcours observe pour le </w:t>
      </w:r>
      <w:proofErr w:type="spellStart"/>
      <w:r w:rsidRPr="00BA0C8B">
        <w:rPr>
          <w:i/>
          <w:color w:val="5F6B7A"/>
          <w:sz w:val="19"/>
        </w:rPr>
        <w:t>probleme</w:t>
      </w:r>
      <w:proofErr w:type="spellEnd"/>
      <w:r w:rsidRPr="00BA0C8B">
        <w:rPr>
          <w:i/>
          <w:color w:val="5F6B7A"/>
          <w:sz w:val="19"/>
        </w:rPr>
        <w:t xml:space="preserve"> P1.</w:t>
      </w:r>
    </w:p>
    <w:p w14:paraId="4C5E2B1C" w14:textId="77777777" w:rsidR="007833F3" w:rsidRPr="00BA0C8B" w:rsidRDefault="00000000">
      <w:pPr>
        <w:pStyle w:val="Titre3"/>
      </w:pPr>
      <w:proofErr w:type="spellStart"/>
      <w:r w:rsidRPr="00BA0C8B">
        <w:t>Probleme</w:t>
      </w:r>
      <w:proofErr w:type="spellEnd"/>
      <w:r w:rsidRPr="00BA0C8B">
        <w:t xml:space="preserve"> P3 - Les </w:t>
      </w:r>
      <w:proofErr w:type="spellStart"/>
      <w:r w:rsidRPr="00BA0C8B">
        <w:t>temoignages</w:t>
      </w:r>
      <w:proofErr w:type="spellEnd"/>
      <w:r w:rsidRPr="00BA0C8B">
        <w:t xml:space="preserve"> sont difficiles </w:t>
      </w:r>
      <w:proofErr w:type="spellStart"/>
      <w:proofErr w:type="gramStart"/>
      <w:r w:rsidRPr="00BA0C8B">
        <w:t>a</w:t>
      </w:r>
      <w:proofErr w:type="spellEnd"/>
      <w:proofErr w:type="gramEnd"/>
      <w:r w:rsidRPr="00BA0C8B">
        <w:t xml:space="preserve"> localiser</w:t>
      </w:r>
    </w:p>
    <w:p w14:paraId="53A8B49A" w14:textId="06C0E5ED" w:rsidR="007833F3" w:rsidRPr="00BA0C8B" w:rsidRDefault="00000000">
      <w:r w:rsidRPr="00BA0C8B">
        <w:rPr>
          <w:b/>
        </w:rPr>
        <w:t xml:space="preserve">Que s'est-il passe : </w:t>
      </w:r>
      <w:r w:rsidRPr="00BA0C8B">
        <w:t>Lors de T5, les participants cherchaient des retours d'</w:t>
      </w:r>
      <w:r w:rsidR="009E0BA4" w:rsidRPr="00BA0C8B">
        <w:t>expériences</w:t>
      </w:r>
      <w:r w:rsidRPr="00BA0C8B">
        <w:t xml:space="preserve"> de membres KMS. Le </w:t>
      </w:r>
      <w:r w:rsidR="009E0BA4" w:rsidRPr="00BA0C8B">
        <w:t>système</w:t>
      </w:r>
      <w:r w:rsidRPr="00BA0C8B">
        <w:t xml:space="preserve"> ne leur donnait pas un point d'</w:t>
      </w:r>
      <w:r w:rsidR="009E0BA4" w:rsidRPr="00BA0C8B">
        <w:t>entrée</w:t>
      </w:r>
      <w:r w:rsidRPr="00BA0C8B">
        <w:t xml:space="preserve"> suffisamment </w:t>
      </w:r>
      <w:r w:rsidR="009E0BA4" w:rsidRPr="00BA0C8B">
        <w:t>prédictible</w:t>
      </w:r>
      <w:r w:rsidRPr="00BA0C8B">
        <w:t xml:space="preserve"> : ils exploraient d'abord "</w:t>
      </w:r>
      <w:r w:rsidR="009E0BA4" w:rsidRPr="00BA0C8B">
        <w:t>Découvrir</w:t>
      </w:r>
      <w:r w:rsidRPr="00BA0C8B">
        <w:t>", parfois "A propos" ou "Progression", puis trouvaient finalement "</w:t>
      </w:r>
      <w:proofErr w:type="spellStart"/>
      <w:r w:rsidRPr="00BA0C8B">
        <w:t>Temoignage</w:t>
      </w:r>
      <w:proofErr w:type="spellEnd"/>
      <w:r w:rsidRPr="00BA0C8B">
        <w:t xml:space="preserve">" sous "Motivation / </w:t>
      </w:r>
      <w:proofErr w:type="spellStart"/>
      <w:r w:rsidRPr="00BA0C8B">
        <w:t>Bien-etre</w:t>
      </w:r>
      <w:proofErr w:type="spellEnd"/>
      <w:r w:rsidRPr="00BA0C8B">
        <w:t>".</w:t>
      </w:r>
    </w:p>
    <w:p w14:paraId="0A255336" w14:textId="53179589" w:rsidR="007833F3" w:rsidRPr="00BA0C8B" w:rsidRDefault="00000000">
      <w:r w:rsidRPr="00BA0C8B">
        <w:rPr>
          <w:b/>
        </w:rPr>
        <w:t xml:space="preserve">Point de vue utilisateur : </w:t>
      </w:r>
      <w:r w:rsidRPr="00BA0C8B">
        <w:t xml:space="preserve">Les </w:t>
      </w:r>
      <w:r w:rsidR="009E0BA4" w:rsidRPr="00BA0C8B">
        <w:t>témoignages</w:t>
      </w:r>
      <w:r w:rsidRPr="00BA0C8B">
        <w:t xml:space="preserve"> sont </w:t>
      </w:r>
      <w:r w:rsidR="009E0BA4" w:rsidRPr="00BA0C8B">
        <w:t>cherchés</w:t>
      </w:r>
      <w:r w:rsidRPr="00BA0C8B">
        <w:t xml:space="preserve"> comme une preuve sociale ou un contenu communautaire. Le regroupement choisi par le prototype est </w:t>
      </w:r>
      <w:r w:rsidR="009E0BA4" w:rsidRPr="00BA0C8B">
        <w:t>éditorialisent</w:t>
      </w:r>
      <w:r w:rsidRPr="00BA0C8B">
        <w:t xml:space="preserve"> </w:t>
      </w:r>
      <w:r w:rsidR="009E0BA4" w:rsidRPr="00BA0C8B">
        <w:t>défensable</w:t>
      </w:r>
      <w:r w:rsidRPr="00BA0C8B">
        <w:t xml:space="preserve">, mais il ne correspond pas au vocabulaire </w:t>
      </w:r>
      <w:r w:rsidR="009E0BA4" w:rsidRPr="00BA0C8B">
        <w:t>spontané</w:t>
      </w:r>
      <w:r w:rsidRPr="00BA0C8B">
        <w:t xml:space="preserve"> des utilisateurs.</w:t>
      </w:r>
    </w:p>
    <w:p w14:paraId="54F5FB3C" w14:textId="6A2980A4" w:rsidR="007833F3" w:rsidRPr="00BA0C8B" w:rsidRDefault="00000000">
      <w:pPr>
        <w:ind w:left="454"/>
      </w:pPr>
      <w:r w:rsidRPr="00BA0C8B">
        <w:rPr>
          <w:b/>
          <w:i/>
          <w:sz w:val="20"/>
        </w:rPr>
        <w:t xml:space="preserve"> Mehdi : </w:t>
      </w:r>
      <w:r w:rsidRPr="00BA0C8B">
        <w:rPr>
          <w:i/>
          <w:sz w:val="20"/>
        </w:rPr>
        <w:t>"Des retours d'</w:t>
      </w:r>
      <w:proofErr w:type="spellStart"/>
      <w:r w:rsidRPr="00BA0C8B">
        <w:rPr>
          <w:i/>
          <w:sz w:val="20"/>
        </w:rPr>
        <w:t>experience</w:t>
      </w:r>
      <w:proofErr w:type="spellEnd"/>
      <w:r w:rsidRPr="00BA0C8B">
        <w:rPr>
          <w:i/>
          <w:sz w:val="20"/>
        </w:rPr>
        <w:t xml:space="preserve">... je cherche dans </w:t>
      </w:r>
      <w:proofErr w:type="spellStart"/>
      <w:r w:rsidRPr="00BA0C8B">
        <w:rPr>
          <w:i/>
          <w:sz w:val="20"/>
        </w:rPr>
        <w:t>Decouvrir</w:t>
      </w:r>
      <w:proofErr w:type="spellEnd"/>
      <w:r w:rsidRPr="00BA0C8B">
        <w:rPr>
          <w:i/>
          <w:sz w:val="20"/>
        </w:rPr>
        <w:t xml:space="preserve">... </w:t>
      </w:r>
      <w:proofErr w:type="gramStart"/>
      <w:r w:rsidRPr="00BA0C8B">
        <w:rPr>
          <w:i/>
          <w:sz w:val="20"/>
        </w:rPr>
        <w:t>c'est pas</w:t>
      </w:r>
      <w:proofErr w:type="gramEnd"/>
      <w:r w:rsidRPr="00BA0C8B">
        <w:rPr>
          <w:i/>
          <w:sz w:val="20"/>
        </w:rPr>
        <w:t xml:space="preserve"> </w:t>
      </w:r>
      <w:proofErr w:type="gramStart"/>
      <w:r w:rsidRPr="00BA0C8B">
        <w:rPr>
          <w:i/>
          <w:sz w:val="20"/>
        </w:rPr>
        <w:t>la</w:t>
      </w:r>
      <w:r w:rsidR="009E0BA4">
        <w:rPr>
          <w:i/>
          <w:sz w:val="20"/>
        </w:rPr>
        <w:t>….</w:t>
      </w:r>
      <w:proofErr w:type="gramEnd"/>
      <w:r w:rsidR="009E0BA4">
        <w:rPr>
          <w:i/>
          <w:sz w:val="20"/>
        </w:rPr>
        <w:t>.</w:t>
      </w:r>
      <w:r w:rsidRPr="00BA0C8B">
        <w:rPr>
          <w:i/>
          <w:sz w:val="20"/>
        </w:rPr>
        <w:t xml:space="preserve"> A propos ? Non plus. Ah, Motivation / </w:t>
      </w:r>
      <w:proofErr w:type="spellStart"/>
      <w:r w:rsidRPr="00BA0C8B">
        <w:rPr>
          <w:i/>
          <w:sz w:val="20"/>
        </w:rPr>
        <w:t>Bien-etre</w:t>
      </w:r>
      <w:proofErr w:type="spellEnd"/>
      <w:r w:rsidRPr="00BA0C8B">
        <w:rPr>
          <w:i/>
          <w:sz w:val="20"/>
        </w:rPr>
        <w:t xml:space="preserve">, </w:t>
      </w:r>
      <w:proofErr w:type="gramStart"/>
      <w:r w:rsidRPr="00BA0C8B">
        <w:rPr>
          <w:i/>
          <w:sz w:val="20"/>
        </w:rPr>
        <w:t>j'aurais pas</w:t>
      </w:r>
      <w:proofErr w:type="gramEnd"/>
      <w:r w:rsidRPr="00BA0C8B">
        <w:rPr>
          <w:i/>
          <w:sz w:val="20"/>
        </w:rPr>
        <w:t xml:space="preserve"> </w:t>
      </w:r>
      <w:proofErr w:type="spellStart"/>
      <w:r w:rsidRPr="00BA0C8B">
        <w:rPr>
          <w:i/>
          <w:sz w:val="20"/>
        </w:rPr>
        <w:t>pense</w:t>
      </w:r>
      <w:proofErr w:type="spellEnd"/>
      <w:r w:rsidRPr="00BA0C8B">
        <w:rPr>
          <w:i/>
          <w:sz w:val="20"/>
        </w:rPr>
        <w:t xml:space="preserve"> </w:t>
      </w:r>
      <w:proofErr w:type="spellStart"/>
      <w:proofErr w:type="gramStart"/>
      <w:r w:rsidRPr="00BA0C8B">
        <w:rPr>
          <w:i/>
          <w:sz w:val="20"/>
        </w:rPr>
        <w:t>a</w:t>
      </w:r>
      <w:proofErr w:type="spellEnd"/>
      <w:proofErr w:type="gramEnd"/>
      <w:r w:rsidRPr="00BA0C8B">
        <w:rPr>
          <w:i/>
          <w:sz w:val="20"/>
        </w:rPr>
        <w:t xml:space="preserve"> aller </w:t>
      </w:r>
      <w:proofErr w:type="spellStart"/>
      <w:r w:rsidRPr="00BA0C8B">
        <w:rPr>
          <w:i/>
          <w:sz w:val="20"/>
        </w:rPr>
        <w:t>la</w:t>
      </w:r>
      <w:proofErr w:type="spellEnd"/>
      <w:r w:rsidRPr="00BA0C8B">
        <w:rPr>
          <w:i/>
          <w:sz w:val="20"/>
        </w:rPr>
        <w:t xml:space="preserve"> pour des </w:t>
      </w:r>
      <w:proofErr w:type="spellStart"/>
      <w:r w:rsidRPr="00BA0C8B">
        <w:rPr>
          <w:i/>
          <w:sz w:val="20"/>
        </w:rPr>
        <w:t>temoignages</w:t>
      </w:r>
      <w:proofErr w:type="spellEnd"/>
      <w:r w:rsidRPr="00BA0C8B">
        <w:rPr>
          <w:i/>
          <w:sz w:val="20"/>
        </w:rPr>
        <w:t>."</w:t>
      </w:r>
      <w:r w:rsidR="009E0BA4">
        <w:rPr>
          <w:i/>
          <w:sz w:val="20"/>
        </w:rPr>
        <w:t xml:space="preserve"> </w:t>
      </w:r>
      <w:proofErr w:type="spellStart"/>
      <w:r w:rsidR="009E0BA4">
        <w:rPr>
          <w:i/>
          <w:sz w:val="20"/>
        </w:rPr>
        <w:t>Frr</w:t>
      </w:r>
      <w:proofErr w:type="spellEnd"/>
      <w:r w:rsidR="009E0BA4">
        <w:rPr>
          <w:i/>
          <w:sz w:val="20"/>
        </w:rPr>
        <w:t xml:space="preserve"> d’habitude c’est directement dans la page d’accueil tout en bas ou quelque part où c’est </w:t>
      </w:r>
      <w:proofErr w:type="gramStart"/>
      <w:r w:rsidR="009E0BA4">
        <w:rPr>
          <w:i/>
          <w:sz w:val="20"/>
        </w:rPr>
        <w:t>mit</w:t>
      </w:r>
      <w:proofErr w:type="gramEnd"/>
      <w:r w:rsidR="009E0BA4">
        <w:rPr>
          <w:i/>
          <w:sz w:val="20"/>
        </w:rPr>
        <w:t xml:space="preserve"> en avant </w:t>
      </w:r>
    </w:p>
    <w:p w14:paraId="7BB4049C" w14:textId="3CF646EE" w:rsidR="007833F3" w:rsidRPr="00BA0C8B" w:rsidRDefault="00000000">
      <w:pPr>
        <w:ind w:left="454"/>
      </w:pPr>
      <w:r w:rsidRPr="00BA0C8B">
        <w:rPr>
          <w:b/>
          <w:i/>
          <w:sz w:val="20"/>
        </w:rPr>
        <w:t xml:space="preserve"> Ines : </w:t>
      </w:r>
      <w:r w:rsidRPr="00BA0C8B">
        <w:rPr>
          <w:i/>
          <w:sz w:val="20"/>
        </w:rPr>
        <w:t xml:space="preserve">"Je chercherais </w:t>
      </w:r>
      <w:r w:rsidR="009E0BA4" w:rsidRPr="00BA0C8B">
        <w:rPr>
          <w:i/>
          <w:sz w:val="20"/>
        </w:rPr>
        <w:t>ça</w:t>
      </w:r>
      <w:r w:rsidRPr="00BA0C8B">
        <w:rPr>
          <w:i/>
          <w:sz w:val="20"/>
        </w:rPr>
        <w:t xml:space="preserve"> sous </w:t>
      </w:r>
      <w:r w:rsidR="009E0BA4" w:rsidRPr="00BA0C8B">
        <w:rPr>
          <w:i/>
          <w:sz w:val="20"/>
        </w:rPr>
        <w:t>Communauté</w:t>
      </w:r>
      <w:r w:rsidRPr="00BA0C8B">
        <w:rPr>
          <w:i/>
          <w:sz w:val="20"/>
        </w:rPr>
        <w:t xml:space="preserve"> ou Avis normalement</w:t>
      </w:r>
      <w:r w:rsidR="009E0BA4">
        <w:rPr>
          <w:i/>
          <w:sz w:val="20"/>
        </w:rPr>
        <w:t xml:space="preserve"> mais </w:t>
      </w:r>
      <w:proofErr w:type="gramStart"/>
      <w:r w:rsidR="009E0BA4">
        <w:rPr>
          <w:i/>
          <w:sz w:val="20"/>
        </w:rPr>
        <w:t>y a pas</w:t>
      </w:r>
      <w:proofErr w:type="gramEnd"/>
      <w:r w:rsidR="009E0BA4">
        <w:rPr>
          <w:i/>
          <w:sz w:val="20"/>
        </w:rPr>
        <w:t xml:space="preserve"> ces rubrique</w:t>
      </w:r>
      <w:r w:rsidRPr="00BA0C8B">
        <w:rPr>
          <w:i/>
          <w:sz w:val="20"/>
        </w:rPr>
        <w:t xml:space="preserve">. </w:t>
      </w:r>
      <w:r w:rsidR="009E0BA4" w:rsidRPr="00BA0C8B">
        <w:rPr>
          <w:i/>
          <w:sz w:val="20"/>
        </w:rPr>
        <w:t>Là</w:t>
      </w:r>
      <w:r w:rsidRPr="00BA0C8B">
        <w:rPr>
          <w:i/>
          <w:sz w:val="20"/>
        </w:rPr>
        <w:t xml:space="preserve"> j'explore les menus... ah, c'est dans Motivation / </w:t>
      </w:r>
      <w:proofErr w:type="spellStart"/>
      <w:r w:rsidRPr="00BA0C8B">
        <w:rPr>
          <w:i/>
          <w:sz w:val="20"/>
        </w:rPr>
        <w:t>Bien-etre</w:t>
      </w:r>
      <w:proofErr w:type="spellEnd"/>
      <w:r w:rsidRPr="00BA0C8B">
        <w:rPr>
          <w:i/>
          <w:sz w:val="20"/>
        </w:rPr>
        <w:t xml:space="preserve"> -&gt; </w:t>
      </w:r>
      <w:proofErr w:type="spellStart"/>
      <w:r w:rsidRPr="00BA0C8B">
        <w:rPr>
          <w:i/>
          <w:sz w:val="20"/>
        </w:rPr>
        <w:t>Temoignage</w:t>
      </w:r>
      <w:proofErr w:type="spellEnd"/>
      <w:r w:rsidRPr="00BA0C8B">
        <w:rPr>
          <w:i/>
          <w:sz w:val="20"/>
        </w:rPr>
        <w:t>."</w:t>
      </w:r>
    </w:p>
    <w:p w14:paraId="4421D061" w14:textId="1C57A796" w:rsidR="007833F3" w:rsidRDefault="00000000">
      <w:pPr>
        <w:ind w:left="454"/>
        <w:rPr>
          <w:i/>
          <w:noProof/>
          <w:sz w:val="20"/>
        </w:rPr>
      </w:pPr>
      <w:r w:rsidRPr="00BA0C8B">
        <w:rPr>
          <w:b/>
          <w:i/>
          <w:sz w:val="20"/>
        </w:rPr>
        <w:t xml:space="preserve"> Lucas : </w:t>
      </w:r>
      <w:r w:rsidRPr="00BA0C8B">
        <w:rPr>
          <w:i/>
          <w:sz w:val="20"/>
        </w:rPr>
        <w:t>"Je cherche des retours d'</w:t>
      </w:r>
      <w:r w:rsidR="009E0BA4" w:rsidRPr="00BA0C8B">
        <w:rPr>
          <w:i/>
          <w:sz w:val="20"/>
        </w:rPr>
        <w:t>expériences</w:t>
      </w:r>
      <w:r w:rsidRPr="00BA0C8B">
        <w:rPr>
          <w:i/>
          <w:sz w:val="20"/>
        </w:rPr>
        <w:t xml:space="preserve"> dans </w:t>
      </w:r>
      <w:r w:rsidR="009E0BA4" w:rsidRPr="00BA0C8B">
        <w:rPr>
          <w:i/>
          <w:sz w:val="20"/>
        </w:rPr>
        <w:t>Découvrir</w:t>
      </w:r>
      <w:r w:rsidRPr="00BA0C8B">
        <w:rPr>
          <w:i/>
          <w:sz w:val="20"/>
        </w:rPr>
        <w:t xml:space="preserve"> d'abord</w:t>
      </w:r>
      <w:r w:rsidR="009E0BA4">
        <w:rPr>
          <w:i/>
          <w:sz w:val="20"/>
        </w:rPr>
        <w:t xml:space="preserve">… non ça doit </w:t>
      </w:r>
      <w:proofErr w:type="spellStart"/>
      <w:r w:rsidR="009E0BA4">
        <w:rPr>
          <w:i/>
          <w:sz w:val="20"/>
        </w:rPr>
        <w:t>etre</w:t>
      </w:r>
      <w:proofErr w:type="spellEnd"/>
      <w:r w:rsidR="009E0BA4">
        <w:rPr>
          <w:i/>
          <w:sz w:val="20"/>
        </w:rPr>
        <w:t xml:space="preserve"> dans à propos voilà rejoindre la communauté </w:t>
      </w:r>
      <w:proofErr w:type="spellStart"/>
      <w:r w:rsidR="009E0BA4">
        <w:rPr>
          <w:i/>
          <w:sz w:val="20"/>
        </w:rPr>
        <w:t>aaa</w:t>
      </w:r>
      <w:proofErr w:type="spellEnd"/>
      <w:r w:rsidR="009E0BA4">
        <w:rPr>
          <w:i/>
          <w:sz w:val="20"/>
        </w:rPr>
        <w:t xml:space="preserve"> non tu </w:t>
      </w:r>
      <w:proofErr w:type="gramStart"/>
      <w:r w:rsidR="009E0BA4">
        <w:rPr>
          <w:i/>
          <w:sz w:val="20"/>
        </w:rPr>
        <w:t>m’a</w:t>
      </w:r>
      <w:proofErr w:type="gramEnd"/>
      <w:r w:rsidR="009E0BA4">
        <w:rPr>
          <w:i/>
          <w:sz w:val="20"/>
        </w:rPr>
        <w:t xml:space="preserve"> dit que ce </w:t>
      </w:r>
      <w:proofErr w:type="gramStart"/>
      <w:r w:rsidR="009E0BA4">
        <w:rPr>
          <w:i/>
          <w:sz w:val="20"/>
        </w:rPr>
        <w:t>bouton marche pas</w:t>
      </w:r>
      <w:proofErr w:type="gramEnd"/>
      <w:r w:rsidR="009E0BA4">
        <w:rPr>
          <w:i/>
          <w:sz w:val="20"/>
        </w:rPr>
        <w:t>,</w:t>
      </w:r>
      <w:r w:rsidRPr="00BA0C8B">
        <w:rPr>
          <w:i/>
          <w:sz w:val="20"/>
        </w:rPr>
        <w:t xml:space="preserve"> j'aurais mis </w:t>
      </w:r>
      <w:r w:rsidR="009E0BA4" w:rsidRPr="00BA0C8B">
        <w:rPr>
          <w:i/>
          <w:sz w:val="20"/>
        </w:rPr>
        <w:t>ça</w:t>
      </w:r>
      <w:r w:rsidRPr="00BA0C8B">
        <w:rPr>
          <w:i/>
          <w:sz w:val="20"/>
        </w:rPr>
        <w:t xml:space="preserve"> sous Avis ou directement sur la page d'accueil."</w:t>
      </w:r>
      <w:r w:rsidR="009E0BA4">
        <w:rPr>
          <w:i/>
          <w:sz w:val="20"/>
        </w:rPr>
        <w:t xml:space="preserve"> Att peut être dans motivation pour faire genre que ça motive voilà témoignage </w:t>
      </w:r>
      <w:proofErr w:type="spellStart"/>
      <w:r w:rsidR="009E0BA4">
        <w:rPr>
          <w:i/>
          <w:sz w:val="20"/>
        </w:rPr>
        <w:t>frr</w:t>
      </w:r>
      <w:proofErr w:type="spellEnd"/>
      <w:r w:rsidR="009E0BA4">
        <w:rPr>
          <w:i/>
          <w:sz w:val="20"/>
        </w:rPr>
        <w:t xml:space="preserve"> c’est </w:t>
      </w:r>
      <w:proofErr w:type="spellStart"/>
      <w:r w:rsidR="009E0BA4">
        <w:rPr>
          <w:i/>
          <w:sz w:val="20"/>
        </w:rPr>
        <w:t>tlm</w:t>
      </w:r>
      <w:proofErr w:type="spellEnd"/>
      <w:r w:rsidR="009E0BA4">
        <w:rPr>
          <w:i/>
          <w:sz w:val="20"/>
        </w:rPr>
        <w:t xml:space="preserve"> loin dans la page.</w:t>
      </w:r>
      <w:r w:rsidR="009E0BA4" w:rsidRPr="009E0BA4">
        <w:rPr>
          <w:i/>
          <w:noProof/>
          <w:sz w:val="20"/>
        </w:rPr>
        <w:t xml:space="preserve"> </w:t>
      </w:r>
      <w:r w:rsidR="009E0BA4">
        <w:rPr>
          <w:i/>
          <w:noProof/>
          <w:sz w:val="20"/>
        </w:rPr>
        <w:drawing>
          <wp:inline distT="0" distB="0" distL="0" distR="0" wp14:anchorId="48056FC4" wp14:editId="133A0D89">
            <wp:extent cx="6188710" cy="4297186"/>
            <wp:effectExtent l="0" t="0" r="2540" b="8255"/>
            <wp:docPr id="88933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4297186"/>
                    </a:xfrm>
                    <a:prstGeom prst="rect">
                      <a:avLst/>
                    </a:prstGeom>
                    <a:noFill/>
                    <a:ln>
                      <a:noFill/>
                    </a:ln>
                  </pic:spPr>
                </pic:pic>
              </a:graphicData>
            </a:graphic>
          </wp:inline>
        </w:drawing>
      </w:r>
    </w:p>
    <w:p w14:paraId="6227A0D6" w14:textId="788D7C40" w:rsidR="0055625F" w:rsidRPr="00BA0C8B" w:rsidRDefault="0055625F">
      <w:pPr>
        <w:ind w:left="454"/>
      </w:pPr>
      <w:r>
        <w:rPr>
          <w:b/>
          <w:i/>
          <w:sz w:val="20"/>
        </w:rPr>
        <w:t xml:space="preserve">L’image illustre le fait que la sous rubrique témoignage est isolé loin et invisible dans le site </w:t>
      </w:r>
    </w:p>
    <w:p w14:paraId="6043EEE1" w14:textId="7CCCA3A8" w:rsidR="007833F3" w:rsidRPr="00BA0C8B" w:rsidRDefault="00000000">
      <w:r w:rsidRPr="00BA0C8B">
        <w:rPr>
          <w:b/>
        </w:rPr>
        <w:t xml:space="preserve">Diagnostic : </w:t>
      </w:r>
      <w:r w:rsidRPr="00BA0C8B">
        <w:t xml:space="preserve">Ce </w:t>
      </w:r>
      <w:r w:rsidR="00632E78" w:rsidRPr="00BA0C8B">
        <w:t>problème</w:t>
      </w:r>
      <w:r w:rsidRPr="00BA0C8B">
        <w:t xml:space="preserve"> </w:t>
      </w:r>
      <w:r w:rsidR="00632E78" w:rsidRPr="00BA0C8B">
        <w:t>relève</w:t>
      </w:r>
      <w:r w:rsidRPr="00BA0C8B">
        <w:t xml:space="preserve"> lui aussi de la </w:t>
      </w:r>
      <w:r w:rsidR="00632E78" w:rsidRPr="00BA0C8B">
        <w:t>compatibilité</w:t>
      </w:r>
      <w:r w:rsidRPr="00BA0C8B">
        <w:t xml:space="preserve">. Le langage du </w:t>
      </w:r>
      <w:r w:rsidR="00632E78" w:rsidRPr="00BA0C8B">
        <w:t>système</w:t>
      </w:r>
      <w:r w:rsidRPr="00BA0C8B">
        <w:t xml:space="preserve"> ne correspond pas pleinement au chemin cognitif de l'utilisateur qui cherche une </w:t>
      </w:r>
      <w:r w:rsidR="00632E78" w:rsidRPr="00BA0C8B">
        <w:t>réassurance</w:t>
      </w:r>
      <w:r w:rsidRPr="00BA0C8B">
        <w:t xml:space="preserve"> sociale. La </w:t>
      </w:r>
      <w:r w:rsidR="00632E78" w:rsidRPr="00BA0C8B">
        <w:t>littérature</w:t>
      </w:r>
      <w:r w:rsidRPr="00BA0C8B">
        <w:t xml:space="preserve"> sur l'</w:t>
      </w:r>
      <w:r w:rsidR="00632E78" w:rsidRPr="00BA0C8B">
        <w:t>utilisabilité</w:t>
      </w:r>
      <w:r w:rsidRPr="00BA0C8B">
        <w:t xml:space="preserve"> rappelle qu'un contenu pertinent reste difficilement retrouvable si son emplacement n'est pas </w:t>
      </w:r>
      <w:r w:rsidR="00632E78" w:rsidRPr="00BA0C8B">
        <w:t>prédictible</w:t>
      </w:r>
      <w:r w:rsidRPr="00BA0C8B">
        <w:t>.</w:t>
      </w:r>
      <w:r w:rsidR="00632E78" w:rsidRPr="00632E78">
        <w:t xml:space="preserve"> </w:t>
      </w:r>
      <w:proofErr w:type="gramStart"/>
      <w:r w:rsidR="00632E78" w:rsidRPr="00632E78">
        <w:t>l’interface</w:t>
      </w:r>
      <w:proofErr w:type="gramEnd"/>
      <w:r w:rsidR="00632E78" w:rsidRPr="00632E78">
        <w:t xml:space="preserve"> doit correspondre aux habitudes, attentes, représentations mentales et logique naturelle de l’utilisateur</w:t>
      </w:r>
      <w:r w:rsidR="00632E78">
        <w:t xml:space="preserve"> et on le voit quand ils disent que ça doit être dans la page d’accueil, également d’autre critère sont touché ici comme </w:t>
      </w:r>
      <w:r w:rsidR="00632E78" w:rsidRPr="00632E78">
        <w:t>L’utilisateur hésite entre plusieurs rubriques avant de localiser les témoignages, ce qui révèle un problème de signifiance des codes et dénominations : les intitulés proposés ne correspondent pas spontanément à son modèle mental. Ce problème est renforcé par un déficit de guidage, car l’information recherchée apparaît tardivement dans la page et n’est pas immédiatement perceptible.</w:t>
      </w:r>
    </w:p>
    <w:p w14:paraId="29301F2E" w14:textId="58AE7F01" w:rsidR="007833F3" w:rsidRPr="00BA0C8B" w:rsidRDefault="00000000">
      <w:r w:rsidRPr="00BA0C8B">
        <w:rPr>
          <w:b/>
        </w:rPr>
        <w:t xml:space="preserve">Illustration et recommandation : </w:t>
      </w:r>
      <w:r w:rsidRPr="00BA0C8B">
        <w:t xml:space="preserve">Le </w:t>
      </w:r>
      <w:r w:rsidR="00632E78" w:rsidRPr="00BA0C8B">
        <w:t>schéma</w:t>
      </w:r>
      <w:r w:rsidRPr="00BA0C8B">
        <w:t xml:space="preserve"> ci-dessous montre la </w:t>
      </w:r>
      <w:r w:rsidR="00632E78" w:rsidRPr="00BA0C8B">
        <w:t>séquence</w:t>
      </w:r>
      <w:r w:rsidRPr="00BA0C8B">
        <w:t xml:space="preserve"> d'errance </w:t>
      </w:r>
      <w:r w:rsidR="00632E78" w:rsidRPr="00BA0C8B">
        <w:t>observée</w:t>
      </w:r>
      <w:r w:rsidRPr="00BA0C8B">
        <w:t xml:space="preserve">. Une solution efficace serait de rendre les </w:t>
      </w:r>
      <w:r w:rsidR="00632E78" w:rsidRPr="00BA0C8B">
        <w:t>témoignages</w:t>
      </w:r>
      <w:r w:rsidRPr="00BA0C8B">
        <w:t xml:space="preserve"> visibles </w:t>
      </w:r>
      <w:proofErr w:type="spellStart"/>
      <w:r w:rsidRPr="00BA0C8B">
        <w:t>des</w:t>
      </w:r>
      <w:proofErr w:type="spellEnd"/>
      <w:r w:rsidRPr="00BA0C8B">
        <w:t xml:space="preserve"> la page d'accueil, ou a minima de </w:t>
      </w:r>
      <w:r w:rsidR="00632E78" w:rsidRPr="00BA0C8B">
        <w:t>créer</w:t>
      </w:r>
      <w:r w:rsidRPr="00BA0C8B">
        <w:t xml:space="preserve"> un </w:t>
      </w:r>
      <w:r w:rsidR="00632E78" w:rsidRPr="00BA0C8B">
        <w:t>accès</w:t>
      </w:r>
      <w:r w:rsidRPr="00BA0C8B">
        <w:t xml:space="preserve"> secondaire depuis Vue d'ensemble.</w:t>
      </w:r>
    </w:p>
    <w:p w14:paraId="362901B3" w14:textId="77777777" w:rsidR="007833F3" w:rsidRPr="00BA0C8B" w:rsidRDefault="00000000">
      <w:pPr>
        <w:jc w:val="center"/>
      </w:pPr>
      <w:r w:rsidRPr="00BA0C8B">
        <w:drawing>
          <wp:inline distT="0" distB="0" distL="0" distR="0" wp14:anchorId="309B5FA9" wp14:editId="53B1A61E">
            <wp:extent cx="5760000" cy="2410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s_p3_flow.png"/>
                    <pic:cNvPicPr/>
                  </pic:nvPicPr>
                  <pic:blipFill>
                    <a:blip r:embed="rId15"/>
                    <a:stretch>
                      <a:fillRect/>
                    </a:stretch>
                  </pic:blipFill>
                  <pic:spPr>
                    <a:xfrm>
                      <a:off x="0" y="0"/>
                      <a:ext cx="5760000" cy="2410312"/>
                    </a:xfrm>
                    <a:prstGeom prst="rect">
                      <a:avLst/>
                    </a:prstGeom>
                  </pic:spPr>
                </pic:pic>
              </a:graphicData>
            </a:graphic>
          </wp:inline>
        </w:drawing>
      </w:r>
    </w:p>
    <w:p w14:paraId="5E330FA2" w14:textId="77777777" w:rsidR="007833F3" w:rsidRPr="00BA0C8B" w:rsidRDefault="00000000">
      <w:pPr>
        <w:jc w:val="center"/>
      </w:pPr>
      <w:r w:rsidRPr="00BA0C8B">
        <w:rPr>
          <w:i/>
          <w:color w:val="5F6B7A"/>
          <w:sz w:val="19"/>
        </w:rPr>
        <w:t xml:space="preserve">Figure 3. Reconstitution du parcours observe pour le </w:t>
      </w:r>
      <w:proofErr w:type="spellStart"/>
      <w:r w:rsidRPr="00BA0C8B">
        <w:rPr>
          <w:i/>
          <w:color w:val="5F6B7A"/>
          <w:sz w:val="19"/>
        </w:rPr>
        <w:t>probleme</w:t>
      </w:r>
      <w:proofErr w:type="spellEnd"/>
      <w:r w:rsidRPr="00BA0C8B">
        <w:rPr>
          <w:i/>
          <w:color w:val="5F6B7A"/>
          <w:sz w:val="19"/>
        </w:rPr>
        <w:t xml:space="preserve"> P3.</w:t>
      </w:r>
    </w:p>
    <w:p w14:paraId="67EBB15C" w14:textId="77777777" w:rsidR="007833F3" w:rsidRPr="00BA0C8B" w:rsidRDefault="00000000">
      <w:pPr>
        <w:pStyle w:val="Titre2"/>
      </w:pPr>
      <w:r w:rsidRPr="00BA0C8B">
        <w:t xml:space="preserve">3.4 </w:t>
      </w:r>
      <w:proofErr w:type="spellStart"/>
      <w:r w:rsidRPr="00BA0C8B">
        <w:t>Resultats</w:t>
      </w:r>
      <w:proofErr w:type="spellEnd"/>
      <w:r w:rsidRPr="00BA0C8B">
        <w:t xml:space="preserve"> de l'</w:t>
      </w:r>
      <w:proofErr w:type="spellStart"/>
      <w:r w:rsidRPr="00BA0C8B">
        <w:t>evaluation</w:t>
      </w:r>
      <w:proofErr w:type="spellEnd"/>
      <w:r w:rsidRPr="00BA0C8B">
        <w:t xml:space="preserve"> post-test</w:t>
      </w:r>
    </w:p>
    <w:p w14:paraId="58000BC2" w14:textId="77777777" w:rsidR="007833F3" w:rsidRPr="00BA0C8B" w:rsidRDefault="00000000">
      <w:pPr>
        <w:pStyle w:val="Titre3"/>
      </w:pPr>
      <w:proofErr w:type="spellStart"/>
      <w:r w:rsidRPr="00BA0C8B">
        <w:t>Resultats</w:t>
      </w:r>
      <w:proofErr w:type="spellEnd"/>
      <w:r w:rsidRPr="00BA0C8B">
        <w:t xml:space="preserve"> chiffres de l'</w:t>
      </w:r>
      <w:proofErr w:type="spellStart"/>
      <w:r w:rsidRPr="00BA0C8B">
        <w:t>evaluation</w:t>
      </w:r>
      <w:proofErr w:type="spellEnd"/>
      <w:r w:rsidRPr="00BA0C8B">
        <w:t xml:space="preserve"> post-test (</w:t>
      </w:r>
      <w:proofErr w:type="spellStart"/>
      <w:r w:rsidRPr="00BA0C8B">
        <w:t>AttrakDiff</w:t>
      </w:r>
      <w:proofErr w:type="spellEnd"/>
      <w:r w:rsidRPr="00BA0C8B">
        <w:t>)</w:t>
      </w:r>
    </w:p>
    <w:tbl>
      <w:tblPr>
        <w:tblStyle w:val="Grilledutableau"/>
        <w:tblW w:w="0" w:type="auto"/>
        <w:jc w:val="center"/>
        <w:tblLook w:val="04A0" w:firstRow="1" w:lastRow="0" w:firstColumn="1" w:lastColumn="0" w:noHBand="0" w:noVBand="1"/>
      </w:tblPr>
      <w:tblGrid>
        <w:gridCol w:w="2381"/>
        <w:gridCol w:w="1191"/>
        <w:gridCol w:w="1191"/>
        <w:gridCol w:w="1191"/>
        <w:gridCol w:w="1191"/>
      </w:tblGrid>
      <w:tr w:rsidR="007833F3" w:rsidRPr="00BA0C8B" w14:paraId="60966779" w14:textId="77777777">
        <w:trPr>
          <w:jc w:val="center"/>
        </w:trPr>
        <w:tc>
          <w:tcPr>
            <w:tcW w:w="2381" w:type="dxa"/>
            <w:shd w:val="clear" w:color="auto" w:fill="DCE6F1"/>
          </w:tcPr>
          <w:p w14:paraId="14CFFC8D" w14:textId="77777777" w:rsidR="007833F3" w:rsidRPr="00BA0C8B" w:rsidRDefault="00000000">
            <w:pPr>
              <w:spacing w:after="0"/>
            </w:pPr>
            <w:r w:rsidRPr="00BA0C8B">
              <w:rPr>
                <w:b/>
                <w:color w:val="1F4E79"/>
                <w:sz w:val="18"/>
              </w:rPr>
              <w:t>Participant</w:t>
            </w:r>
          </w:p>
        </w:tc>
        <w:tc>
          <w:tcPr>
            <w:tcW w:w="1191" w:type="dxa"/>
            <w:shd w:val="clear" w:color="auto" w:fill="DCE6F1"/>
          </w:tcPr>
          <w:p w14:paraId="0A18765B" w14:textId="77777777" w:rsidR="007833F3" w:rsidRPr="00BA0C8B" w:rsidRDefault="00000000">
            <w:pPr>
              <w:spacing w:after="0"/>
            </w:pPr>
            <w:r w:rsidRPr="00BA0C8B">
              <w:rPr>
                <w:b/>
                <w:color w:val="1F4E79"/>
                <w:sz w:val="18"/>
              </w:rPr>
              <w:t>PQ</w:t>
            </w:r>
          </w:p>
        </w:tc>
        <w:tc>
          <w:tcPr>
            <w:tcW w:w="1191" w:type="dxa"/>
            <w:shd w:val="clear" w:color="auto" w:fill="DCE6F1"/>
          </w:tcPr>
          <w:p w14:paraId="67813F52" w14:textId="77777777" w:rsidR="007833F3" w:rsidRPr="00BA0C8B" w:rsidRDefault="00000000">
            <w:pPr>
              <w:spacing w:after="0"/>
            </w:pPr>
            <w:r w:rsidRPr="00BA0C8B">
              <w:rPr>
                <w:b/>
                <w:color w:val="1F4E79"/>
                <w:sz w:val="18"/>
              </w:rPr>
              <w:t>HQ-S</w:t>
            </w:r>
          </w:p>
        </w:tc>
        <w:tc>
          <w:tcPr>
            <w:tcW w:w="1191" w:type="dxa"/>
            <w:shd w:val="clear" w:color="auto" w:fill="DCE6F1"/>
          </w:tcPr>
          <w:p w14:paraId="64672AD1" w14:textId="77777777" w:rsidR="007833F3" w:rsidRPr="00BA0C8B" w:rsidRDefault="00000000">
            <w:pPr>
              <w:spacing w:after="0"/>
            </w:pPr>
            <w:r w:rsidRPr="00BA0C8B">
              <w:rPr>
                <w:b/>
                <w:color w:val="1F4E79"/>
                <w:sz w:val="18"/>
              </w:rPr>
              <w:t>HQ-I</w:t>
            </w:r>
          </w:p>
        </w:tc>
        <w:tc>
          <w:tcPr>
            <w:tcW w:w="1191" w:type="dxa"/>
            <w:shd w:val="clear" w:color="auto" w:fill="DCE6F1"/>
          </w:tcPr>
          <w:p w14:paraId="64E281B2" w14:textId="77777777" w:rsidR="007833F3" w:rsidRPr="00BA0C8B" w:rsidRDefault="00000000">
            <w:pPr>
              <w:spacing w:after="0"/>
            </w:pPr>
            <w:r w:rsidRPr="00BA0C8B">
              <w:rPr>
                <w:b/>
                <w:color w:val="1F4E79"/>
                <w:sz w:val="18"/>
              </w:rPr>
              <w:t>ATT</w:t>
            </w:r>
          </w:p>
        </w:tc>
      </w:tr>
      <w:tr w:rsidR="007833F3" w:rsidRPr="00BA0C8B" w14:paraId="44AC5808" w14:textId="77777777">
        <w:trPr>
          <w:jc w:val="center"/>
        </w:trPr>
        <w:tc>
          <w:tcPr>
            <w:tcW w:w="2381" w:type="dxa"/>
          </w:tcPr>
          <w:p w14:paraId="050C76AF" w14:textId="77777777" w:rsidR="007833F3" w:rsidRPr="00BA0C8B" w:rsidRDefault="00000000">
            <w:pPr>
              <w:spacing w:after="0"/>
            </w:pPr>
            <w:r w:rsidRPr="00BA0C8B">
              <w:rPr>
                <w:sz w:val="18"/>
              </w:rPr>
              <w:t>U4 Mehdi</w:t>
            </w:r>
          </w:p>
        </w:tc>
        <w:tc>
          <w:tcPr>
            <w:tcW w:w="1191" w:type="dxa"/>
          </w:tcPr>
          <w:p w14:paraId="4A31D65D" w14:textId="77777777" w:rsidR="007833F3" w:rsidRPr="00BA0C8B" w:rsidRDefault="00000000">
            <w:pPr>
              <w:spacing w:after="0"/>
            </w:pPr>
            <w:r w:rsidRPr="00BA0C8B">
              <w:rPr>
                <w:sz w:val="18"/>
              </w:rPr>
              <w:t>+0.6</w:t>
            </w:r>
          </w:p>
        </w:tc>
        <w:tc>
          <w:tcPr>
            <w:tcW w:w="1191" w:type="dxa"/>
          </w:tcPr>
          <w:p w14:paraId="74F98FDD" w14:textId="77777777" w:rsidR="007833F3" w:rsidRPr="00BA0C8B" w:rsidRDefault="00000000">
            <w:pPr>
              <w:spacing w:after="0"/>
            </w:pPr>
            <w:r w:rsidRPr="00BA0C8B">
              <w:rPr>
                <w:sz w:val="18"/>
              </w:rPr>
              <w:t>+1.4</w:t>
            </w:r>
          </w:p>
        </w:tc>
        <w:tc>
          <w:tcPr>
            <w:tcW w:w="1191" w:type="dxa"/>
          </w:tcPr>
          <w:p w14:paraId="25110893" w14:textId="77777777" w:rsidR="007833F3" w:rsidRPr="00BA0C8B" w:rsidRDefault="00000000">
            <w:pPr>
              <w:spacing w:after="0"/>
            </w:pPr>
            <w:r w:rsidRPr="00BA0C8B">
              <w:rPr>
                <w:sz w:val="18"/>
              </w:rPr>
              <w:t>+1.0</w:t>
            </w:r>
          </w:p>
        </w:tc>
        <w:tc>
          <w:tcPr>
            <w:tcW w:w="1191" w:type="dxa"/>
          </w:tcPr>
          <w:p w14:paraId="1982A979" w14:textId="77777777" w:rsidR="007833F3" w:rsidRPr="00BA0C8B" w:rsidRDefault="00000000">
            <w:pPr>
              <w:spacing w:after="0"/>
            </w:pPr>
            <w:r w:rsidRPr="00BA0C8B">
              <w:rPr>
                <w:sz w:val="18"/>
              </w:rPr>
              <w:t>+1.8</w:t>
            </w:r>
          </w:p>
        </w:tc>
      </w:tr>
      <w:tr w:rsidR="007833F3" w:rsidRPr="00BA0C8B" w14:paraId="08CE6A1A" w14:textId="77777777">
        <w:trPr>
          <w:jc w:val="center"/>
        </w:trPr>
        <w:tc>
          <w:tcPr>
            <w:tcW w:w="2381" w:type="dxa"/>
          </w:tcPr>
          <w:p w14:paraId="22B9F2EA" w14:textId="77777777" w:rsidR="007833F3" w:rsidRPr="00BA0C8B" w:rsidRDefault="00000000">
            <w:pPr>
              <w:spacing w:after="0"/>
            </w:pPr>
            <w:r w:rsidRPr="00BA0C8B">
              <w:rPr>
                <w:sz w:val="18"/>
              </w:rPr>
              <w:t>U5 Ines</w:t>
            </w:r>
          </w:p>
        </w:tc>
        <w:tc>
          <w:tcPr>
            <w:tcW w:w="1191" w:type="dxa"/>
          </w:tcPr>
          <w:p w14:paraId="52A8C3D6" w14:textId="77777777" w:rsidR="007833F3" w:rsidRPr="00BA0C8B" w:rsidRDefault="00000000">
            <w:pPr>
              <w:spacing w:after="0"/>
            </w:pPr>
            <w:r w:rsidRPr="00BA0C8B">
              <w:rPr>
                <w:sz w:val="18"/>
              </w:rPr>
              <w:t>+1.5</w:t>
            </w:r>
          </w:p>
        </w:tc>
        <w:tc>
          <w:tcPr>
            <w:tcW w:w="1191" w:type="dxa"/>
          </w:tcPr>
          <w:p w14:paraId="2F6DD7DD" w14:textId="77777777" w:rsidR="007833F3" w:rsidRPr="00BA0C8B" w:rsidRDefault="00000000">
            <w:pPr>
              <w:spacing w:after="0"/>
            </w:pPr>
            <w:r w:rsidRPr="00BA0C8B">
              <w:rPr>
                <w:sz w:val="18"/>
              </w:rPr>
              <w:t>+1.9</w:t>
            </w:r>
          </w:p>
        </w:tc>
        <w:tc>
          <w:tcPr>
            <w:tcW w:w="1191" w:type="dxa"/>
          </w:tcPr>
          <w:p w14:paraId="23FEFB13" w14:textId="77777777" w:rsidR="007833F3" w:rsidRPr="00BA0C8B" w:rsidRDefault="00000000">
            <w:pPr>
              <w:spacing w:after="0"/>
            </w:pPr>
            <w:r w:rsidRPr="00BA0C8B">
              <w:rPr>
                <w:sz w:val="18"/>
              </w:rPr>
              <w:t>+1.6</w:t>
            </w:r>
          </w:p>
        </w:tc>
        <w:tc>
          <w:tcPr>
            <w:tcW w:w="1191" w:type="dxa"/>
          </w:tcPr>
          <w:p w14:paraId="07F2CDD0" w14:textId="77777777" w:rsidR="007833F3" w:rsidRPr="00BA0C8B" w:rsidRDefault="00000000">
            <w:pPr>
              <w:spacing w:after="0"/>
            </w:pPr>
            <w:r w:rsidRPr="00BA0C8B">
              <w:rPr>
                <w:sz w:val="18"/>
              </w:rPr>
              <w:t>+2.1</w:t>
            </w:r>
          </w:p>
        </w:tc>
      </w:tr>
      <w:tr w:rsidR="007833F3" w:rsidRPr="00BA0C8B" w14:paraId="49D546DA" w14:textId="77777777">
        <w:trPr>
          <w:jc w:val="center"/>
        </w:trPr>
        <w:tc>
          <w:tcPr>
            <w:tcW w:w="2381" w:type="dxa"/>
          </w:tcPr>
          <w:p w14:paraId="71C90A22" w14:textId="77777777" w:rsidR="007833F3" w:rsidRPr="00BA0C8B" w:rsidRDefault="00000000">
            <w:pPr>
              <w:spacing w:after="0"/>
            </w:pPr>
            <w:r w:rsidRPr="00BA0C8B">
              <w:rPr>
                <w:sz w:val="18"/>
              </w:rPr>
              <w:t>U6 Lucas</w:t>
            </w:r>
          </w:p>
        </w:tc>
        <w:tc>
          <w:tcPr>
            <w:tcW w:w="1191" w:type="dxa"/>
          </w:tcPr>
          <w:p w14:paraId="4896BE60" w14:textId="77777777" w:rsidR="007833F3" w:rsidRPr="00BA0C8B" w:rsidRDefault="00000000">
            <w:pPr>
              <w:spacing w:after="0"/>
            </w:pPr>
            <w:r w:rsidRPr="00BA0C8B">
              <w:rPr>
                <w:sz w:val="18"/>
              </w:rPr>
              <w:t>+0.8</w:t>
            </w:r>
          </w:p>
        </w:tc>
        <w:tc>
          <w:tcPr>
            <w:tcW w:w="1191" w:type="dxa"/>
          </w:tcPr>
          <w:p w14:paraId="5A1244D0" w14:textId="77777777" w:rsidR="007833F3" w:rsidRPr="00BA0C8B" w:rsidRDefault="00000000">
            <w:pPr>
              <w:spacing w:after="0"/>
            </w:pPr>
            <w:r w:rsidRPr="00BA0C8B">
              <w:rPr>
                <w:sz w:val="18"/>
              </w:rPr>
              <w:t>+1.6</w:t>
            </w:r>
          </w:p>
        </w:tc>
        <w:tc>
          <w:tcPr>
            <w:tcW w:w="1191" w:type="dxa"/>
          </w:tcPr>
          <w:p w14:paraId="09E6B489" w14:textId="77777777" w:rsidR="007833F3" w:rsidRPr="00BA0C8B" w:rsidRDefault="00000000">
            <w:pPr>
              <w:spacing w:after="0"/>
            </w:pPr>
            <w:r w:rsidRPr="00BA0C8B">
              <w:rPr>
                <w:sz w:val="18"/>
              </w:rPr>
              <w:t>+1.2</w:t>
            </w:r>
          </w:p>
        </w:tc>
        <w:tc>
          <w:tcPr>
            <w:tcW w:w="1191" w:type="dxa"/>
          </w:tcPr>
          <w:p w14:paraId="72A89E7E" w14:textId="77777777" w:rsidR="007833F3" w:rsidRPr="00BA0C8B" w:rsidRDefault="00000000">
            <w:pPr>
              <w:spacing w:after="0"/>
            </w:pPr>
            <w:r w:rsidRPr="00BA0C8B">
              <w:rPr>
                <w:sz w:val="18"/>
              </w:rPr>
              <w:t>+2.0</w:t>
            </w:r>
          </w:p>
        </w:tc>
      </w:tr>
      <w:tr w:rsidR="007833F3" w:rsidRPr="00BA0C8B" w14:paraId="12CCED59" w14:textId="77777777">
        <w:trPr>
          <w:jc w:val="center"/>
        </w:trPr>
        <w:tc>
          <w:tcPr>
            <w:tcW w:w="2381" w:type="dxa"/>
          </w:tcPr>
          <w:p w14:paraId="160BF56F" w14:textId="77777777" w:rsidR="007833F3" w:rsidRPr="00BA0C8B" w:rsidRDefault="00000000">
            <w:pPr>
              <w:spacing w:after="0"/>
            </w:pPr>
            <w:r w:rsidRPr="00BA0C8B">
              <w:rPr>
                <w:b/>
                <w:sz w:val="18"/>
              </w:rPr>
              <w:t>Moyenne novices</w:t>
            </w:r>
          </w:p>
        </w:tc>
        <w:tc>
          <w:tcPr>
            <w:tcW w:w="1191" w:type="dxa"/>
          </w:tcPr>
          <w:p w14:paraId="63D36DCD" w14:textId="77777777" w:rsidR="007833F3" w:rsidRPr="00BA0C8B" w:rsidRDefault="00000000">
            <w:pPr>
              <w:spacing w:after="0"/>
            </w:pPr>
            <w:r w:rsidRPr="00BA0C8B">
              <w:rPr>
                <w:b/>
                <w:sz w:val="18"/>
              </w:rPr>
              <w:t>+1.0</w:t>
            </w:r>
          </w:p>
        </w:tc>
        <w:tc>
          <w:tcPr>
            <w:tcW w:w="1191" w:type="dxa"/>
          </w:tcPr>
          <w:p w14:paraId="41284071" w14:textId="77777777" w:rsidR="007833F3" w:rsidRPr="00BA0C8B" w:rsidRDefault="00000000">
            <w:pPr>
              <w:spacing w:after="0"/>
            </w:pPr>
            <w:r w:rsidRPr="00BA0C8B">
              <w:rPr>
                <w:b/>
                <w:sz w:val="18"/>
              </w:rPr>
              <w:t>+1.6</w:t>
            </w:r>
          </w:p>
        </w:tc>
        <w:tc>
          <w:tcPr>
            <w:tcW w:w="1191" w:type="dxa"/>
          </w:tcPr>
          <w:p w14:paraId="403D0944" w14:textId="77777777" w:rsidR="007833F3" w:rsidRPr="00BA0C8B" w:rsidRDefault="00000000">
            <w:pPr>
              <w:spacing w:after="0"/>
            </w:pPr>
            <w:r w:rsidRPr="00BA0C8B">
              <w:rPr>
                <w:b/>
                <w:sz w:val="18"/>
              </w:rPr>
              <w:t>+1.3</w:t>
            </w:r>
          </w:p>
        </w:tc>
        <w:tc>
          <w:tcPr>
            <w:tcW w:w="1191" w:type="dxa"/>
          </w:tcPr>
          <w:p w14:paraId="009943DC" w14:textId="77777777" w:rsidR="007833F3" w:rsidRPr="00BA0C8B" w:rsidRDefault="00000000">
            <w:pPr>
              <w:spacing w:after="0"/>
            </w:pPr>
            <w:r w:rsidRPr="00BA0C8B">
              <w:rPr>
                <w:b/>
                <w:sz w:val="18"/>
              </w:rPr>
              <w:t>+2.0</w:t>
            </w:r>
          </w:p>
        </w:tc>
      </w:tr>
    </w:tbl>
    <w:p w14:paraId="5ABA1911" w14:textId="5915E85A" w:rsidR="007833F3" w:rsidRPr="00BA0C8B" w:rsidRDefault="00000000">
      <w:r w:rsidRPr="00BA0C8B">
        <w:t>L'</w:t>
      </w:r>
      <w:r w:rsidR="004943E4" w:rsidRPr="00BA0C8B">
        <w:t>attractivité</w:t>
      </w:r>
      <w:r w:rsidRPr="00BA0C8B">
        <w:t xml:space="preserve"> est la dimension la mieux </w:t>
      </w:r>
      <w:r w:rsidR="004943E4" w:rsidRPr="00BA0C8B">
        <w:t>notée</w:t>
      </w:r>
      <w:r w:rsidRPr="00BA0C8B">
        <w:t xml:space="preserve"> sur l'ensemble du panel. Le prototype est donc </w:t>
      </w:r>
      <w:r w:rsidR="004943E4" w:rsidRPr="00BA0C8B">
        <w:t>perçu</w:t>
      </w:r>
      <w:r w:rsidRPr="00BA0C8B">
        <w:t xml:space="preserve"> comme </w:t>
      </w:r>
      <w:r w:rsidR="004943E4" w:rsidRPr="00BA0C8B">
        <w:t>sérieux</w:t>
      </w:r>
      <w:r w:rsidRPr="00BA0C8B">
        <w:t xml:space="preserve">, sportif et engageant. En revanche, la </w:t>
      </w:r>
      <w:r w:rsidR="004943E4" w:rsidRPr="00BA0C8B">
        <w:t>qualité</w:t>
      </w:r>
      <w:r w:rsidRPr="00BA0C8B">
        <w:t xml:space="preserve"> pragmatique est plus fragile, surtout chez Mehdi et Lucas, ce qui concorde avec les </w:t>
      </w:r>
      <w:r w:rsidR="004943E4" w:rsidRPr="00BA0C8B">
        <w:t>difficultés</w:t>
      </w:r>
      <w:r w:rsidRPr="00BA0C8B">
        <w:t xml:space="preserve"> </w:t>
      </w:r>
      <w:r w:rsidR="004943E4" w:rsidRPr="00BA0C8B">
        <w:t>observées</w:t>
      </w:r>
      <w:r w:rsidRPr="00BA0C8B">
        <w:t xml:space="preserve"> sur T2 et T5. L'</w:t>
      </w:r>
      <w:r w:rsidR="004943E4" w:rsidRPr="00BA0C8B">
        <w:t>écart</w:t>
      </w:r>
      <w:r w:rsidRPr="00BA0C8B">
        <w:t xml:space="preserve"> entre ATT et PQ montre que la valeur </w:t>
      </w:r>
      <w:proofErr w:type="spellStart"/>
      <w:r w:rsidRPr="00BA0C8B">
        <w:t>percue</w:t>
      </w:r>
      <w:proofErr w:type="spellEnd"/>
      <w:r w:rsidRPr="00BA0C8B">
        <w:t xml:space="preserve"> du design est </w:t>
      </w:r>
      <w:r w:rsidR="004943E4" w:rsidRPr="00BA0C8B">
        <w:t>déjà</w:t>
      </w:r>
      <w:r w:rsidRPr="00BA0C8B">
        <w:t xml:space="preserve"> forte, mais que l'architecture d'information doit encore gagner en </w:t>
      </w:r>
      <w:r w:rsidR="004943E4" w:rsidRPr="00BA0C8B">
        <w:t>clarté</w:t>
      </w:r>
      <w:r w:rsidRPr="00BA0C8B">
        <w:t>.</w:t>
      </w:r>
      <w:r w:rsidR="004943E4">
        <w:t xml:space="preserve"> Nous avons prédit cela dans la phase de conception car nous nous sommes </w:t>
      </w:r>
      <w:proofErr w:type="gramStart"/>
      <w:r w:rsidR="004943E4">
        <w:t>attardé</w:t>
      </w:r>
      <w:proofErr w:type="gramEnd"/>
      <w:r w:rsidR="004943E4">
        <w:t xml:space="preserve"> énormément sur le design et l’aspect modern et cela a généré plein de charge comme le </w:t>
      </w:r>
      <w:r w:rsidR="00632E78">
        <w:t>taux interactivités</w:t>
      </w:r>
      <w:r w:rsidR="004943E4">
        <w:t xml:space="preserve"> présente par pages qui était vraiment un </w:t>
      </w:r>
      <w:r w:rsidR="00632E78">
        <w:t>casse-tête</w:t>
      </w:r>
      <w:r w:rsidR="004943E4">
        <w:t xml:space="preserve"> </w:t>
      </w:r>
    </w:p>
    <w:tbl>
      <w:tblPr>
        <w:tblW w:w="0" w:type="auto"/>
        <w:jc w:val="center"/>
        <w:tblLook w:val="04A0" w:firstRow="1" w:lastRow="0" w:firstColumn="1" w:lastColumn="0" w:noHBand="0" w:noVBand="1"/>
      </w:tblPr>
      <w:tblGrid>
        <w:gridCol w:w="9746"/>
      </w:tblGrid>
      <w:tr w:rsidR="007833F3" w:rsidRPr="00BA0C8B" w14:paraId="38CD4AD9" w14:textId="77777777">
        <w:trPr>
          <w:jc w:val="center"/>
        </w:trPr>
        <w:tc>
          <w:tcPr>
            <w:tcW w:w="9746" w:type="dxa"/>
            <w:shd w:val="clear" w:color="auto" w:fill="F5F7FA"/>
          </w:tcPr>
          <w:p w14:paraId="30608D30" w14:textId="77777777" w:rsidR="007833F3" w:rsidRPr="00BA0C8B" w:rsidRDefault="00000000">
            <w:r w:rsidRPr="00BA0C8B">
              <w:rPr>
                <w:rFonts w:ascii="Cambria" w:hAnsi="Cambria"/>
                <w:b/>
                <w:color w:val="1F4E79"/>
                <w:sz w:val="22"/>
              </w:rPr>
              <w:t xml:space="preserve">Lecture des scores </w:t>
            </w:r>
            <w:proofErr w:type="spellStart"/>
            <w:r w:rsidRPr="00BA0C8B">
              <w:rPr>
                <w:rFonts w:ascii="Cambria" w:hAnsi="Cambria"/>
                <w:b/>
                <w:color w:val="1F4E79"/>
                <w:sz w:val="22"/>
              </w:rPr>
              <w:t>AttrakDiff</w:t>
            </w:r>
            <w:proofErr w:type="spellEnd"/>
          </w:p>
          <w:p w14:paraId="03152ABB" w14:textId="06D3975C" w:rsidR="007833F3" w:rsidRPr="00BA0C8B" w:rsidRDefault="00000000">
            <w:pPr>
              <w:pStyle w:val="Listepuces"/>
            </w:pPr>
            <w:r w:rsidRPr="00BA0C8B">
              <w:rPr>
                <w:sz w:val="20"/>
              </w:rPr>
              <w:t xml:space="preserve">ATT moyenne = +2.0 : le site est juge attractif et globalement </w:t>
            </w:r>
            <w:r w:rsidR="006C7319" w:rsidRPr="00BA0C8B">
              <w:rPr>
                <w:sz w:val="20"/>
              </w:rPr>
              <w:t>désirable</w:t>
            </w:r>
            <w:r w:rsidRPr="00BA0C8B">
              <w:rPr>
                <w:sz w:val="20"/>
              </w:rPr>
              <w:t>.</w:t>
            </w:r>
          </w:p>
          <w:p w14:paraId="5E14F590" w14:textId="11EE6106" w:rsidR="007833F3" w:rsidRPr="00BA0C8B" w:rsidRDefault="00000000">
            <w:pPr>
              <w:pStyle w:val="Listepuces"/>
            </w:pPr>
            <w:r w:rsidRPr="00BA0C8B">
              <w:rPr>
                <w:sz w:val="20"/>
              </w:rPr>
              <w:t>PQ moyenne = +1.0 : l'</w:t>
            </w:r>
            <w:r w:rsidR="00353824" w:rsidRPr="00BA0C8B">
              <w:rPr>
                <w:sz w:val="20"/>
              </w:rPr>
              <w:t>utilisabilité</w:t>
            </w:r>
            <w:r w:rsidRPr="00BA0C8B">
              <w:rPr>
                <w:sz w:val="20"/>
              </w:rPr>
              <w:t xml:space="preserve"> reste correcte, mais pas encore </w:t>
            </w:r>
            <w:r w:rsidR="00353824" w:rsidRPr="00BA0C8B">
              <w:rPr>
                <w:sz w:val="20"/>
              </w:rPr>
              <w:t>complètement</w:t>
            </w:r>
            <w:r w:rsidRPr="00BA0C8B">
              <w:rPr>
                <w:sz w:val="20"/>
              </w:rPr>
              <w:t xml:space="preserve"> fluide pour tous les profils novices.</w:t>
            </w:r>
          </w:p>
          <w:p w14:paraId="651D86E7" w14:textId="645DBB96" w:rsidR="007833F3" w:rsidRPr="00BA0C8B" w:rsidRDefault="00000000">
            <w:pPr>
              <w:pStyle w:val="Listepuces"/>
            </w:pPr>
            <w:r w:rsidRPr="00BA0C8B">
              <w:rPr>
                <w:sz w:val="20"/>
              </w:rPr>
              <w:t>Les scores de stimulation et d'</w:t>
            </w:r>
            <w:r w:rsidR="00353824" w:rsidRPr="00BA0C8B">
              <w:rPr>
                <w:sz w:val="20"/>
              </w:rPr>
              <w:t>identité</w:t>
            </w:r>
            <w:r w:rsidRPr="00BA0C8B">
              <w:rPr>
                <w:sz w:val="20"/>
              </w:rPr>
              <w:t xml:space="preserve"> confirment un univers de marque sportif et </w:t>
            </w:r>
            <w:r w:rsidR="00353824" w:rsidRPr="00BA0C8B">
              <w:rPr>
                <w:sz w:val="20"/>
              </w:rPr>
              <w:t>cohérent</w:t>
            </w:r>
            <w:r w:rsidRPr="00BA0C8B">
              <w:rPr>
                <w:sz w:val="20"/>
              </w:rPr>
              <w:t>.</w:t>
            </w:r>
          </w:p>
        </w:tc>
      </w:tr>
    </w:tbl>
    <w:p w14:paraId="36BD3522" w14:textId="77777777" w:rsidR="007833F3" w:rsidRPr="00BA0C8B" w:rsidRDefault="007833F3"/>
    <w:p w14:paraId="13AC2C13" w14:textId="77777777" w:rsidR="007833F3" w:rsidRPr="00BA0C8B" w:rsidRDefault="00000000">
      <w:pPr>
        <w:pStyle w:val="Titre3"/>
      </w:pPr>
      <w:r w:rsidRPr="00BA0C8B">
        <w:t>Commentaires d'entretien</w:t>
      </w:r>
    </w:p>
    <w:p w14:paraId="49DF79D2" w14:textId="0730AB01" w:rsidR="006C7319" w:rsidRPr="00BA0C8B" w:rsidRDefault="00000000">
      <w:r w:rsidRPr="00BA0C8B">
        <w:rPr>
          <w:b/>
        </w:rPr>
        <w:t xml:space="preserve">Commentaires positifs : </w:t>
      </w:r>
      <w:r w:rsidRPr="00BA0C8B">
        <w:t xml:space="preserve">Mehdi juge le design beau et </w:t>
      </w:r>
      <w:r w:rsidR="00353824" w:rsidRPr="00BA0C8B">
        <w:t>sérieux</w:t>
      </w:r>
      <w:r w:rsidRPr="00BA0C8B">
        <w:t xml:space="preserve"> ; Ines souligne la </w:t>
      </w:r>
      <w:r w:rsidR="00353824" w:rsidRPr="00BA0C8B">
        <w:t>clarté</w:t>
      </w:r>
      <w:r w:rsidRPr="00BA0C8B">
        <w:t xml:space="preserve"> du guide en 5 </w:t>
      </w:r>
      <w:proofErr w:type="spellStart"/>
      <w:r w:rsidRPr="00BA0C8B">
        <w:t>etapes</w:t>
      </w:r>
      <w:proofErr w:type="spellEnd"/>
      <w:r w:rsidRPr="00BA0C8B">
        <w:t xml:space="preserve"> et l'</w:t>
      </w:r>
      <w:proofErr w:type="spellStart"/>
      <w:r w:rsidRPr="00BA0C8B">
        <w:t>interet</w:t>
      </w:r>
      <w:proofErr w:type="spellEnd"/>
      <w:r w:rsidRPr="00BA0C8B">
        <w:t xml:space="preserve"> d'avoir deux </w:t>
      </w:r>
      <w:proofErr w:type="gramStart"/>
      <w:r w:rsidRPr="00BA0C8B">
        <w:t>coaches</w:t>
      </w:r>
      <w:proofErr w:type="gramEnd"/>
      <w:r w:rsidRPr="00BA0C8B">
        <w:t xml:space="preserve"> </w:t>
      </w:r>
      <w:proofErr w:type="gramStart"/>
      <w:r w:rsidR="00353824" w:rsidRPr="00BA0C8B">
        <w:t>spécialisés</w:t>
      </w:r>
      <w:r w:rsidRPr="00BA0C8B">
        <w:t xml:space="preserve"> </w:t>
      </w:r>
      <w:r w:rsidR="00353824">
        <w:t>,</w:t>
      </w:r>
      <w:proofErr w:type="gramEnd"/>
      <w:r w:rsidR="00353824">
        <w:t xml:space="preserve"> mais préfère que la version par défaut soit la version claire et non pas </w:t>
      </w:r>
      <w:proofErr w:type="gramStart"/>
      <w:r w:rsidR="00353824">
        <w:t>sombre</w:t>
      </w:r>
      <w:r w:rsidRPr="00BA0C8B">
        <w:t>;</w:t>
      </w:r>
      <w:proofErr w:type="gramEnd"/>
      <w:r w:rsidRPr="00BA0C8B">
        <w:t xml:space="preserve"> Lucas </w:t>
      </w:r>
      <w:r w:rsidR="00353824" w:rsidRPr="00BA0C8B">
        <w:t>préfère</w:t>
      </w:r>
      <w:r w:rsidRPr="00BA0C8B">
        <w:t xml:space="preserve"> la version </w:t>
      </w:r>
      <w:r w:rsidR="00353824">
        <w:t>sombre</w:t>
      </w:r>
      <w:r w:rsidRPr="00BA0C8B">
        <w:t>, qu'il trouve plus lisible et plus professionnelle.</w:t>
      </w:r>
      <w:r w:rsidR="006C7319">
        <w:t xml:space="preserve"> Tous </w:t>
      </w:r>
      <w:proofErr w:type="gramStart"/>
      <w:r w:rsidR="006C7319">
        <w:t>aime</w:t>
      </w:r>
      <w:proofErr w:type="gramEnd"/>
      <w:r w:rsidR="006C7319">
        <w:t xml:space="preserve"> bien l’identité </w:t>
      </w:r>
      <w:proofErr w:type="spellStart"/>
      <w:r w:rsidR="006C7319">
        <w:t>branding</w:t>
      </w:r>
      <w:proofErr w:type="spellEnd"/>
      <w:r w:rsidR="006C7319">
        <w:t xml:space="preserve"> du site avec un logo et un code couleurs et vocabulaire</w:t>
      </w:r>
    </w:p>
    <w:p w14:paraId="24419FBC" w14:textId="62330CDC" w:rsidR="007833F3" w:rsidRPr="00BA0C8B" w:rsidRDefault="00000000">
      <w:r w:rsidRPr="00BA0C8B">
        <w:rPr>
          <w:b/>
        </w:rPr>
        <w:t xml:space="preserve">Commentaires </w:t>
      </w:r>
      <w:r w:rsidR="006C7319" w:rsidRPr="00BA0C8B">
        <w:rPr>
          <w:b/>
        </w:rPr>
        <w:t>négatifs</w:t>
      </w:r>
      <w:r w:rsidRPr="00BA0C8B">
        <w:rPr>
          <w:b/>
        </w:rPr>
        <w:t xml:space="preserve"> : </w:t>
      </w:r>
      <w:r w:rsidRPr="00BA0C8B">
        <w:t xml:space="preserve">Les trois participants reviennent sur la confusion entre "Guide </w:t>
      </w:r>
      <w:r w:rsidR="006C7319" w:rsidRPr="00BA0C8B">
        <w:t>première</w:t>
      </w:r>
      <w:r w:rsidRPr="00BA0C8B">
        <w:t xml:space="preserve"> </w:t>
      </w:r>
      <w:r w:rsidR="006C7319" w:rsidRPr="00BA0C8B">
        <w:t>séance</w:t>
      </w:r>
      <w:r w:rsidRPr="00BA0C8B">
        <w:t>" et "</w:t>
      </w:r>
      <w:r w:rsidR="006C7319" w:rsidRPr="00BA0C8B">
        <w:t>Séance</w:t>
      </w:r>
      <w:r w:rsidRPr="00BA0C8B">
        <w:t xml:space="preserve"> </w:t>
      </w:r>
      <w:proofErr w:type="spellStart"/>
      <w:r w:rsidRPr="00BA0C8B">
        <w:t>a</w:t>
      </w:r>
      <w:proofErr w:type="spellEnd"/>
      <w:r w:rsidRPr="00BA0C8B">
        <w:t xml:space="preserve"> domicile". Ines et Lucas jugent aussi "</w:t>
      </w:r>
      <w:r w:rsidR="006C7319" w:rsidRPr="00BA0C8B">
        <w:t>Réserver</w:t>
      </w:r>
      <w:r w:rsidRPr="00BA0C8B">
        <w:t xml:space="preserve"> un appel" trop ambigu </w:t>
      </w:r>
      <w:proofErr w:type="spellStart"/>
      <w:r w:rsidRPr="00BA0C8B">
        <w:t>a</w:t>
      </w:r>
      <w:proofErr w:type="spellEnd"/>
      <w:r w:rsidRPr="00BA0C8B">
        <w:t xml:space="preserve"> l'</w:t>
      </w:r>
      <w:r w:rsidR="00353824" w:rsidRPr="00BA0C8B">
        <w:t>entrée</w:t>
      </w:r>
      <w:r w:rsidRPr="00BA0C8B">
        <w:t>. Lucas mentionne enfin u</w:t>
      </w:r>
      <w:r w:rsidR="00353824">
        <w:t xml:space="preserve">n besoin de condenser </w:t>
      </w:r>
      <w:r w:rsidR="006C7319">
        <w:t>les informations</w:t>
      </w:r>
      <w:r w:rsidR="00353824">
        <w:t xml:space="preserve"> dans la rubrique bienfait et témoigne l’avant/après sans images n’est pas très claire</w:t>
      </w:r>
      <w:r w:rsidRPr="00BA0C8B">
        <w:t>.</w:t>
      </w:r>
      <w:r w:rsidR="006C7319">
        <w:t xml:space="preserve"> Également </w:t>
      </w:r>
      <w:proofErr w:type="gramStart"/>
      <w:r w:rsidR="006C7319">
        <w:t>des fois</w:t>
      </w:r>
      <w:proofErr w:type="gramEnd"/>
      <w:r w:rsidR="006C7319">
        <w:t xml:space="preserve"> il mentionne la cohérence des styles des images dans certaine rubriques ils disent que le choix des images montre qu’il y a plusieurs personnes qui ont travaillé sur le projet qui ont des gouts différents</w:t>
      </w:r>
    </w:p>
    <w:p w14:paraId="0499C04C" w14:textId="77777777" w:rsidR="007833F3" w:rsidRPr="00BA0C8B" w:rsidRDefault="00000000">
      <w:pPr>
        <w:pStyle w:val="Titre1"/>
      </w:pPr>
      <w:r w:rsidRPr="00BA0C8B">
        <w:t xml:space="preserve">4. Partie </w:t>
      </w:r>
      <w:proofErr w:type="spellStart"/>
      <w:r w:rsidRPr="00BA0C8B">
        <w:t>autoscopique</w:t>
      </w:r>
      <w:proofErr w:type="spellEnd"/>
    </w:p>
    <w:p w14:paraId="1972E4A6" w14:textId="5E09B90A" w:rsidR="007833F3" w:rsidRPr="00BA0C8B" w:rsidRDefault="00000000">
      <w:r w:rsidRPr="00BA0C8B">
        <w:t>L'</w:t>
      </w:r>
      <w:r w:rsidR="006C7319" w:rsidRPr="00BA0C8B">
        <w:t>élément</w:t>
      </w:r>
      <w:r w:rsidRPr="00BA0C8B">
        <w:t xml:space="preserve"> le plus marquant de ces passations est la convergence des comportements sur T2 et T5. Mehdi, Ines et </w:t>
      </w:r>
      <w:proofErr w:type="gramStart"/>
      <w:r w:rsidRPr="00BA0C8B">
        <w:t>Lucas  ont</w:t>
      </w:r>
      <w:proofErr w:type="gramEnd"/>
      <w:r w:rsidRPr="00BA0C8B">
        <w:t xml:space="preserve"> pourtant suivi les </w:t>
      </w:r>
      <w:r w:rsidR="006C7319" w:rsidRPr="00BA0C8B">
        <w:t>mêmes</w:t>
      </w:r>
      <w:r w:rsidRPr="00BA0C8B">
        <w:t xml:space="preserve"> faux chemins. Cette </w:t>
      </w:r>
      <w:proofErr w:type="spellStart"/>
      <w:r w:rsidRPr="00BA0C8B">
        <w:t>repetition</w:t>
      </w:r>
      <w:proofErr w:type="spellEnd"/>
      <w:r w:rsidRPr="00BA0C8B">
        <w:t xml:space="preserve"> renforce fortement l'</w:t>
      </w:r>
      <w:proofErr w:type="spellStart"/>
      <w:r w:rsidRPr="00BA0C8B">
        <w:t>hypothese</w:t>
      </w:r>
      <w:proofErr w:type="spellEnd"/>
      <w:r w:rsidRPr="00BA0C8B">
        <w:t xml:space="preserve"> d'un </w:t>
      </w:r>
      <w:proofErr w:type="spellStart"/>
      <w:r w:rsidRPr="00BA0C8B">
        <w:t>probleme</w:t>
      </w:r>
      <w:proofErr w:type="spellEnd"/>
      <w:r w:rsidRPr="00BA0C8B">
        <w:t xml:space="preserve"> structurel </w:t>
      </w:r>
      <w:r w:rsidR="006C7319" w:rsidRPr="00BA0C8B">
        <w:t>plutôt</w:t>
      </w:r>
      <w:r w:rsidRPr="00BA0C8B">
        <w:t xml:space="preserve"> que d'une simple </w:t>
      </w:r>
      <w:r w:rsidR="006C7319" w:rsidRPr="00BA0C8B">
        <w:t>hésitation</w:t>
      </w:r>
      <w:r w:rsidRPr="00BA0C8B">
        <w:t xml:space="preserve"> individuelle.</w:t>
      </w:r>
    </w:p>
    <w:p w14:paraId="67BA8141" w14:textId="1AD30BDA" w:rsidR="007833F3" w:rsidRPr="00BA0C8B" w:rsidRDefault="00000000">
      <w:r w:rsidRPr="00BA0C8B">
        <w:rPr>
          <w:b/>
        </w:rPr>
        <w:t>Ce qui m'a surpris</w:t>
      </w:r>
      <w:r w:rsidR="006C7319">
        <w:rPr>
          <w:b/>
        </w:rPr>
        <w:t> :</w:t>
      </w:r>
      <w:r w:rsidRPr="00BA0C8B">
        <w:rPr>
          <w:b/>
        </w:rPr>
        <w:t xml:space="preserve"> </w:t>
      </w:r>
      <w:r w:rsidR="006C7319" w:rsidRPr="006C7319">
        <w:rPr>
          <w:bCs/>
        </w:rPr>
        <w:t>personne n’a dit que le fait que le site soit en version sombre est dérangean</w:t>
      </w:r>
      <w:r w:rsidR="006C7319">
        <w:rPr>
          <w:bCs/>
        </w:rPr>
        <w:t xml:space="preserve">t, les participant ont dit que le site est trop bien fait au niveau </w:t>
      </w:r>
      <w:proofErr w:type="gramStart"/>
      <w:r w:rsidR="006C7319">
        <w:rPr>
          <w:bCs/>
        </w:rPr>
        <w:t>visuelle ,</w:t>
      </w:r>
      <w:proofErr w:type="gramEnd"/>
      <w:r w:rsidR="006C7319">
        <w:rPr>
          <w:bCs/>
        </w:rPr>
        <w:t xml:space="preserve"> cela m’a fait réaliser que vraiment </w:t>
      </w:r>
      <w:r w:rsidR="002C67C6">
        <w:rPr>
          <w:bCs/>
        </w:rPr>
        <w:t xml:space="preserve">le visuel </w:t>
      </w:r>
      <w:r w:rsidR="006C7319">
        <w:rPr>
          <w:bCs/>
        </w:rPr>
        <w:t>ne fait pas tout car il y avait des problème</w:t>
      </w:r>
      <w:r w:rsidR="002C67C6">
        <w:rPr>
          <w:bCs/>
        </w:rPr>
        <w:t>s</w:t>
      </w:r>
      <w:r w:rsidR="006C7319">
        <w:rPr>
          <w:bCs/>
        </w:rPr>
        <w:t xml:space="preserve"> d’utilisabilité dans </w:t>
      </w:r>
      <w:r w:rsidR="002C67C6">
        <w:rPr>
          <w:bCs/>
        </w:rPr>
        <w:t>les tests. Les problèmes repérés par mon binôme sont également différents alors que nous avons la même maquette cela m’a surpris un peu.</w:t>
      </w:r>
    </w:p>
    <w:p w14:paraId="78FD895B" w14:textId="694B4AAF" w:rsidR="007833F3" w:rsidRPr="00BA0C8B" w:rsidRDefault="00000000">
      <w:r w:rsidRPr="00BA0C8B">
        <w:rPr>
          <w:b/>
        </w:rPr>
        <w:t xml:space="preserve">Ce que je ferais autrement : </w:t>
      </w:r>
      <w:r w:rsidRPr="00BA0C8B">
        <w:t xml:space="preserve">Je ferais un mini tri de cartes ou un test de </w:t>
      </w:r>
      <w:proofErr w:type="spellStart"/>
      <w:r w:rsidRPr="00BA0C8B">
        <w:t>denomination</w:t>
      </w:r>
      <w:proofErr w:type="spellEnd"/>
      <w:r w:rsidRPr="00BA0C8B">
        <w:t xml:space="preserve"> des rubriques avant la prochaine </w:t>
      </w:r>
      <w:r w:rsidR="006C7319" w:rsidRPr="00BA0C8B">
        <w:t>itération</w:t>
      </w:r>
      <w:r w:rsidRPr="00BA0C8B">
        <w:t xml:space="preserve">, afin de </w:t>
      </w:r>
      <w:r w:rsidR="006C7319" w:rsidRPr="00BA0C8B">
        <w:t>vérifier</w:t>
      </w:r>
      <w:r w:rsidRPr="00BA0C8B">
        <w:t xml:space="preserve"> plus </w:t>
      </w:r>
      <w:proofErr w:type="spellStart"/>
      <w:r w:rsidRPr="00BA0C8B">
        <w:t>tot</w:t>
      </w:r>
      <w:proofErr w:type="spellEnd"/>
      <w:r w:rsidRPr="00BA0C8B">
        <w:t xml:space="preserve"> la </w:t>
      </w:r>
      <w:r w:rsidR="006C7319" w:rsidRPr="00BA0C8B">
        <w:t>compatibilité</w:t>
      </w:r>
      <w:r w:rsidRPr="00BA0C8B">
        <w:t xml:space="preserve"> de l'architecture avec le vocabulaire des utilisateurs.</w:t>
      </w:r>
      <w:r w:rsidR="006C7319">
        <w:t xml:space="preserve"> Également peut </w:t>
      </w:r>
      <w:proofErr w:type="spellStart"/>
      <w:r w:rsidR="006C7319">
        <w:t>etre</w:t>
      </w:r>
      <w:proofErr w:type="spellEnd"/>
      <w:r w:rsidR="006C7319">
        <w:t xml:space="preserve"> simplifier le visuel car nous avons eu une grande ambition de faire quelque chose de beau sauf que on s’est rendu compte qu’il faut suivre derrière avec un taux d’interactivité énorme et pas évidant et nous avons passé trop d’heure dessus </w:t>
      </w:r>
      <w:r w:rsidR="008643AF">
        <w:t xml:space="preserve"> également passer plus de temps dans la labélisation des rubriques car en tant que pratiquant expert nous avons un écart de compréhension des principes avec les débutants et cela est dure pour nous également de se mettre à la place de quelqu’un qui ne connait pas du tout le domaine.</w:t>
      </w:r>
    </w:p>
    <w:p w14:paraId="318B53BB" w14:textId="4D26FD0D" w:rsidR="007833F3" w:rsidRDefault="00000000">
      <w:proofErr w:type="spellStart"/>
      <w:r w:rsidRPr="00BA0C8B">
        <w:rPr>
          <w:b/>
        </w:rPr>
        <w:t>Amelioration</w:t>
      </w:r>
      <w:proofErr w:type="spellEnd"/>
      <w:r w:rsidRPr="00BA0C8B">
        <w:rPr>
          <w:b/>
        </w:rPr>
        <w:t xml:space="preserve"> du protocole : </w:t>
      </w:r>
      <w:r w:rsidRPr="00BA0C8B">
        <w:t xml:space="preserve">Je distinguerais davantage le temps d'errance du temps de </w:t>
      </w:r>
      <w:r w:rsidR="008643AF" w:rsidRPr="00BA0C8B">
        <w:t>résolution</w:t>
      </w:r>
      <w:r w:rsidRPr="00BA0C8B">
        <w:t xml:space="preserve">, pour </w:t>
      </w:r>
      <w:r w:rsidR="008643AF" w:rsidRPr="00BA0C8B">
        <w:t>séparer</w:t>
      </w:r>
      <w:r w:rsidRPr="00BA0C8B">
        <w:t xml:space="preserve"> plus finement les </w:t>
      </w:r>
      <w:r w:rsidR="008643AF" w:rsidRPr="00BA0C8B">
        <w:t>problèmes</w:t>
      </w:r>
      <w:r w:rsidRPr="00BA0C8B">
        <w:t xml:space="preserve"> de navigation des </w:t>
      </w:r>
      <w:r w:rsidR="008643AF" w:rsidRPr="00BA0C8B">
        <w:t>problèmes</w:t>
      </w:r>
      <w:r w:rsidRPr="00BA0C8B">
        <w:t xml:space="preserve"> de lecture ou de </w:t>
      </w:r>
      <w:r w:rsidR="008643AF" w:rsidRPr="00BA0C8B">
        <w:t>compréhension</w:t>
      </w:r>
      <w:r w:rsidRPr="00BA0C8B">
        <w:t xml:space="preserve"> une fois la bonne page atteinte.</w:t>
      </w:r>
      <w:r w:rsidR="006C7319">
        <w:t xml:space="preserve"> L’indicateur de temps ne m’a pas servi à grand-chose car mon ordinateur est très lent en ce moment et donc </w:t>
      </w:r>
      <w:proofErr w:type="gramStart"/>
      <w:r w:rsidR="006C7319">
        <w:t>tout la navigation</w:t>
      </w:r>
      <w:proofErr w:type="gramEnd"/>
      <w:r w:rsidR="006C7319">
        <w:t xml:space="preserve"> est lente car j’ai </w:t>
      </w:r>
      <w:r w:rsidR="008643AF">
        <w:t>installé</w:t>
      </w:r>
      <w:r w:rsidR="006C7319">
        <w:t xml:space="preserve"> un modèle </w:t>
      </w:r>
      <w:proofErr w:type="spellStart"/>
      <w:r w:rsidR="006C7319">
        <w:t>llm</w:t>
      </w:r>
      <w:proofErr w:type="spellEnd"/>
      <w:r w:rsidR="006C7319">
        <w:t xml:space="preserve"> dans mon ordinateur en local pour un projet Rag qui fait que mon ordinateur est lent et donc le temps des passation et résolution de </w:t>
      </w:r>
      <w:proofErr w:type="spellStart"/>
      <w:r w:rsidR="006C7319">
        <w:t>tache</w:t>
      </w:r>
      <w:proofErr w:type="spellEnd"/>
      <w:r w:rsidR="006C7319">
        <w:t xml:space="preserve"> ne sont pas très réaliste dans mon </w:t>
      </w:r>
      <w:proofErr w:type="gramStart"/>
      <w:r w:rsidR="006C7319">
        <w:t>cas .</w:t>
      </w:r>
      <w:proofErr w:type="gramEnd"/>
    </w:p>
    <w:p w14:paraId="57F7CD3C" w14:textId="77777777" w:rsidR="002C67C6" w:rsidRPr="00BA0C8B" w:rsidRDefault="002C67C6"/>
    <w:p w14:paraId="49180786" w14:textId="77777777" w:rsidR="007833F3" w:rsidRPr="00BA0C8B" w:rsidRDefault="00000000">
      <w:pPr>
        <w:pStyle w:val="Titre1"/>
      </w:pPr>
      <w:r w:rsidRPr="00BA0C8B">
        <w:t xml:space="preserve">5. </w:t>
      </w:r>
      <w:proofErr w:type="spellStart"/>
      <w:r w:rsidRPr="00BA0C8B">
        <w:t>References</w:t>
      </w:r>
      <w:proofErr w:type="spellEnd"/>
    </w:p>
    <w:p w14:paraId="317765CF" w14:textId="77777777" w:rsidR="00AD7A24" w:rsidRDefault="00AD7A24" w:rsidP="00AD7A24">
      <w:pPr>
        <w:spacing w:before="60" w:after="80"/>
        <w:jc w:val="both"/>
      </w:pPr>
      <w:r w:rsidRPr="00A359C1">
        <w:t>Bastien, J.M.C. &amp; Scapin, D.L. (1993). Critères ergonomiques pour l'évaluation d'interfaces utilisateurs. Rapport technique INRIA n°156.</w:t>
      </w:r>
    </w:p>
    <w:p w14:paraId="4C8982B3" w14:textId="77777777" w:rsidR="00AD7A24" w:rsidRDefault="00AD7A24" w:rsidP="00AD7A24">
      <w:pPr>
        <w:spacing w:before="60" w:after="80"/>
        <w:jc w:val="both"/>
      </w:pPr>
      <w:r w:rsidRPr="00A359C1">
        <w:t xml:space="preserve">Lallemand, C., &amp; </w:t>
      </w:r>
      <w:proofErr w:type="spellStart"/>
      <w:r w:rsidRPr="00A359C1">
        <w:t>Gronier</w:t>
      </w:r>
      <w:proofErr w:type="spellEnd"/>
      <w:r w:rsidRPr="00A359C1">
        <w:t xml:space="preserve">, G. (2016). Tests utilisateurs. Dans C. Lallemand &amp; G. </w:t>
      </w:r>
      <w:proofErr w:type="spellStart"/>
      <w:r w:rsidRPr="00A359C1">
        <w:t>Gronier</w:t>
      </w:r>
      <w:proofErr w:type="spellEnd"/>
      <w:r w:rsidRPr="00A359C1">
        <w:t xml:space="preserve"> (Éd.), Méthodes de design UX : 30 méthodes fondamentales pour concevoir et évaluer les systèmes interactifs (pp. 664–687). Eyrolles.</w:t>
      </w:r>
    </w:p>
    <w:p w14:paraId="5267F853" w14:textId="77777777" w:rsidR="00AD7A24" w:rsidRPr="00A359C1" w:rsidRDefault="00AD7A24" w:rsidP="00AD7A24">
      <w:pPr>
        <w:spacing w:before="60" w:after="80"/>
        <w:jc w:val="both"/>
        <w:rPr>
          <w:lang w:val="en-US"/>
        </w:rPr>
      </w:pPr>
      <w:r w:rsidRPr="00A359C1">
        <w:t xml:space="preserve">Lallemand, C., &amp; </w:t>
      </w:r>
      <w:proofErr w:type="spellStart"/>
      <w:r w:rsidRPr="00A359C1">
        <w:t>Gronier</w:t>
      </w:r>
      <w:proofErr w:type="spellEnd"/>
      <w:r w:rsidRPr="00A359C1">
        <w:t xml:space="preserve">, G. (2016). Échelles UX. Dans C. Lallemand &amp; G. </w:t>
      </w:r>
      <w:proofErr w:type="spellStart"/>
      <w:r w:rsidRPr="00A359C1">
        <w:t>Gronier</w:t>
      </w:r>
      <w:proofErr w:type="spellEnd"/>
      <w:r w:rsidRPr="00A359C1">
        <w:t xml:space="preserve"> (Éd.), Méthodes de design UX : 30 méthodes fondamentales pour concevoir et évaluer les systèmes interactifs (pp. 367–382). </w:t>
      </w:r>
      <w:proofErr w:type="spellStart"/>
      <w:r w:rsidRPr="6D1A2CCB">
        <w:rPr>
          <w:lang w:val="en-US"/>
        </w:rPr>
        <w:t>Eyrolles</w:t>
      </w:r>
      <w:proofErr w:type="spellEnd"/>
      <w:r w:rsidRPr="6D1A2CCB">
        <w:rPr>
          <w:lang w:val="en-US"/>
        </w:rPr>
        <w:t>.</w:t>
      </w:r>
    </w:p>
    <w:p w14:paraId="79AE662F" w14:textId="77777777" w:rsidR="00AD7A24" w:rsidRPr="00A359C1" w:rsidRDefault="00AD7A24" w:rsidP="00AD7A24">
      <w:pPr>
        <w:spacing w:before="60" w:after="80"/>
        <w:jc w:val="both"/>
        <w:rPr>
          <w:lang w:val="en-US"/>
        </w:rPr>
      </w:pPr>
      <w:r w:rsidRPr="00A359C1">
        <w:rPr>
          <w:lang w:val="en-US"/>
        </w:rPr>
        <w:t>Nielsen, J. (1993). Usability Engineering. Academic Press.</w:t>
      </w:r>
    </w:p>
    <w:p w14:paraId="329317B4" w14:textId="77777777" w:rsidR="00AD7A24" w:rsidRPr="00A359C1" w:rsidRDefault="00AD7A24" w:rsidP="00AD7A24">
      <w:pPr>
        <w:spacing w:before="60" w:after="80"/>
        <w:jc w:val="both"/>
        <w:rPr>
          <w:lang w:val="en-US"/>
        </w:rPr>
      </w:pPr>
      <w:r w:rsidRPr="6D1A2CCB">
        <w:rPr>
          <w:lang w:val="en-US"/>
        </w:rPr>
        <w:t xml:space="preserve">Pelayo, S., Lepage, B., &amp; </w:t>
      </w:r>
      <w:proofErr w:type="spellStart"/>
      <w:r w:rsidRPr="6D1A2CCB">
        <w:rPr>
          <w:lang w:val="en-US"/>
        </w:rPr>
        <w:t>Degoulet</w:t>
      </w:r>
      <w:proofErr w:type="spellEnd"/>
      <w:r w:rsidRPr="6D1A2CCB">
        <w:rPr>
          <w:lang w:val="en-US"/>
        </w:rPr>
        <w:t>, P. (2004). Reporting a usability evaluation: A basis for a common ergonomic criterion report. Proceedings of AMIA Annual Symposium, 534–538.</w:t>
      </w:r>
    </w:p>
    <w:p w14:paraId="4A9C96E1" w14:textId="61771BEE" w:rsidR="007833F3" w:rsidRPr="00BA0C8B" w:rsidRDefault="007833F3" w:rsidP="00AD7A24">
      <w:pPr>
        <w:pStyle w:val="Listepuces"/>
        <w:numPr>
          <w:ilvl w:val="0"/>
          <w:numId w:val="0"/>
        </w:numPr>
        <w:ind w:left="360"/>
      </w:pPr>
    </w:p>
    <w:p w14:paraId="74551113" w14:textId="77777777" w:rsidR="007833F3" w:rsidRPr="00BA0C8B" w:rsidRDefault="00000000">
      <w:pPr>
        <w:pStyle w:val="Titre1"/>
      </w:pPr>
      <w:r w:rsidRPr="00BA0C8B">
        <w:t>6. Annexes</w:t>
      </w:r>
    </w:p>
    <w:p w14:paraId="7E7CEFD9" w14:textId="77777777" w:rsidR="007833F3" w:rsidRPr="00BA0C8B" w:rsidRDefault="00000000">
      <w:pPr>
        <w:pStyle w:val="Titre2"/>
      </w:pPr>
      <w:r w:rsidRPr="00BA0C8B">
        <w:t xml:space="preserve">Annexe 1 - </w:t>
      </w:r>
      <w:proofErr w:type="spellStart"/>
      <w:r w:rsidRPr="00BA0C8B">
        <w:t>Synthese</w:t>
      </w:r>
      <w:proofErr w:type="spellEnd"/>
      <w:r w:rsidRPr="00BA0C8B">
        <w:t xml:space="preserve"> du test des 5 secondes</w:t>
      </w:r>
    </w:p>
    <w:p w14:paraId="1A0A520B" w14:textId="77777777" w:rsidR="007833F3" w:rsidRPr="00BA0C8B" w:rsidRDefault="00000000">
      <w:r w:rsidRPr="00BA0C8B">
        <w:t xml:space="preserve">Tableau de </w:t>
      </w:r>
      <w:proofErr w:type="spellStart"/>
      <w:r w:rsidRPr="00BA0C8B">
        <w:t>synthese</w:t>
      </w:r>
      <w:proofErr w:type="spellEnd"/>
      <w:r w:rsidRPr="00BA0C8B">
        <w:t xml:space="preserve"> des </w:t>
      </w:r>
      <w:proofErr w:type="spellStart"/>
      <w:r w:rsidRPr="00BA0C8B">
        <w:t>elements</w:t>
      </w:r>
      <w:proofErr w:type="spellEnd"/>
      <w:r w:rsidRPr="00BA0C8B">
        <w:t xml:space="preserve"> retenus </w:t>
      </w:r>
      <w:proofErr w:type="spellStart"/>
      <w:r w:rsidRPr="00BA0C8B">
        <w:t>immediatement</w:t>
      </w:r>
      <w:proofErr w:type="spellEnd"/>
      <w:r w:rsidRPr="00BA0C8B">
        <w:t xml:space="preserve"> </w:t>
      </w:r>
      <w:proofErr w:type="spellStart"/>
      <w:r w:rsidRPr="00BA0C8B">
        <w:t>apres</w:t>
      </w:r>
      <w:proofErr w:type="spellEnd"/>
      <w:r w:rsidRPr="00BA0C8B">
        <w:t xml:space="preserve"> l'exposition de cinq secondes.</w:t>
      </w:r>
    </w:p>
    <w:tbl>
      <w:tblPr>
        <w:tblStyle w:val="Grilledutableau"/>
        <w:tblW w:w="0" w:type="auto"/>
        <w:jc w:val="center"/>
        <w:tblLook w:val="04A0" w:firstRow="1" w:lastRow="0" w:firstColumn="1" w:lastColumn="0" w:noHBand="0" w:noVBand="1"/>
      </w:tblPr>
      <w:tblGrid>
        <w:gridCol w:w="1474"/>
        <w:gridCol w:w="3798"/>
        <w:gridCol w:w="2381"/>
        <w:gridCol w:w="1814"/>
      </w:tblGrid>
      <w:tr w:rsidR="007833F3" w:rsidRPr="00BA0C8B" w14:paraId="17600031" w14:textId="77777777">
        <w:trPr>
          <w:jc w:val="center"/>
        </w:trPr>
        <w:tc>
          <w:tcPr>
            <w:tcW w:w="1474" w:type="dxa"/>
            <w:shd w:val="clear" w:color="auto" w:fill="DCE6F1"/>
          </w:tcPr>
          <w:p w14:paraId="18FA2D5D" w14:textId="77777777" w:rsidR="007833F3" w:rsidRPr="00BA0C8B" w:rsidRDefault="00000000">
            <w:pPr>
              <w:spacing w:after="0"/>
            </w:pPr>
            <w:r w:rsidRPr="00BA0C8B">
              <w:rPr>
                <w:b/>
                <w:color w:val="1F4E79"/>
                <w:sz w:val="18"/>
              </w:rPr>
              <w:t>Participant</w:t>
            </w:r>
          </w:p>
        </w:tc>
        <w:tc>
          <w:tcPr>
            <w:tcW w:w="3798" w:type="dxa"/>
            <w:shd w:val="clear" w:color="auto" w:fill="DCE6F1"/>
          </w:tcPr>
          <w:p w14:paraId="50AB198F" w14:textId="77777777" w:rsidR="007833F3" w:rsidRPr="00BA0C8B" w:rsidRDefault="00000000">
            <w:pPr>
              <w:spacing w:after="0"/>
            </w:pPr>
            <w:proofErr w:type="spellStart"/>
            <w:r w:rsidRPr="00BA0C8B">
              <w:rPr>
                <w:b/>
                <w:color w:val="1F4E79"/>
                <w:sz w:val="18"/>
              </w:rPr>
              <w:t>Elements</w:t>
            </w:r>
            <w:proofErr w:type="spellEnd"/>
            <w:r w:rsidRPr="00BA0C8B">
              <w:rPr>
                <w:b/>
                <w:color w:val="1F4E79"/>
                <w:sz w:val="18"/>
              </w:rPr>
              <w:t xml:space="preserve"> retenus</w:t>
            </w:r>
          </w:p>
        </w:tc>
        <w:tc>
          <w:tcPr>
            <w:tcW w:w="2381" w:type="dxa"/>
            <w:shd w:val="clear" w:color="auto" w:fill="DCE6F1"/>
          </w:tcPr>
          <w:p w14:paraId="4F005572" w14:textId="77777777" w:rsidR="007833F3" w:rsidRPr="00BA0C8B" w:rsidRDefault="00000000">
            <w:pPr>
              <w:spacing w:after="0"/>
            </w:pPr>
            <w:proofErr w:type="spellStart"/>
            <w:r w:rsidRPr="00BA0C8B">
              <w:rPr>
                <w:b/>
                <w:color w:val="1F4E79"/>
                <w:sz w:val="18"/>
              </w:rPr>
              <w:t>Elements</w:t>
            </w:r>
            <w:proofErr w:type="spellEnd"/>
            <w:r w:rsidRPr="00BA0C8B">
              <w:rPr>
                <w:b/>
                <w:color w:val="1F4E79"/>
                <w:sz w:val="18"/>
              </w:rPr>
              <w:t xml:space="preserve"> non retenus</w:t>
            </w:r>
          </w:p>
        </w:tc>
        <w:tc>
          <w:tcPr>
            <w:tcW w:w="1814" w:type="dxa"/>
            <w:shd w:val="clear" w:color="auto" w:fill="DCE6F1"/>
          </w:tcPr>
          <w:p w14:paraId="5ADACFBA" w14:textId="77777777" w:rsidR="007833F3" w:rsidRPr="00BA0C8B" w:rsidRDefault="00000000">
            <w:pPr>
              <w:spacing w:after="0"/>
            </w:pPr>
            <w:r w:rsidRPr="00BA0C8B">
              <w:rPr>
                <w:b/>
                <w:color w:val="1F4E79"/>
                <w:sz w:val="18"/>
              </w:rPr>
              <w:t>Lecture</w:t>
            </w:r>
          </w:p>
        </w:tc>
      </w:tr>
      <w:tr w:rsidR="007833F3" w:rsidRPr="00BA0C8B" w14:paraId="7499ED82" w14:textId="77777777">
        <w:trPr>
          <w:jc w:val="center"/>
        </w:trPr>
        <w:tc>
          <w:tcPr>
            <w:tcW w:w="1474" w:type="dxa"/>
          </w:tcPr>
          <w:p w14:paraId="58F427AC" w14:textId="77D3F4A5" w:rsidR="007833F3" w:rsidRPr="00BA0C8B" w:rsidRDefault="00000000">
            <w:pPr>
              <w:spacing w:after="0"/>
            </w:pPr>
            <w:r w:rsidRPr="00BA0C8B">
              <w:rPr>
                <w:sz w:val="18"/>
              </w:rPr>
              <w:t>Mehdi</w:t>
            </w:r>
          </w:p>
        </w:tc>
        <w:tc>
          <w:tcPr>
            <w:tcW w:w="3798" w:type="dxa"/>
          </w:tcPr>
          <w:p w14:paraId="29A2E374" w14:textId="77777777" w:rsidR="007833F3" w:rsidRPr="00BA0C8B" w:rsidRDefault="00000000">
            <w:pPr>
              <w:spacing w:after="0"/>
            </w:pPr>
            <w:r w:rsidRPr="00BA0C8B">
              <w:rPr>
                <w:sz w:val="18"/>
              </w:rPr>
              <w:t>Fond sombre, image sportive, gros bouton, univers sport</w:t>
            </w:r>
          </w:p>
        </w:tc>
        <w:tc>
          <w:tcPr>
            <w:tcW w:w="2381" w:type="dxa"/>
          </w:tcPr>
          <w:p w14:paraId="68FC972E" w14:textId="77777777" w:rsidR="007833F3" w:rsidRPr="00BA0C8B" w:rsidRDefault="00000000">
            <w:pPr>
              <w:spacing w:after="0"/>
            </w:pPr>
            <w:proofErr w:type="spellStart"/>
            <w:r w:rsidRPr="00BA0C8B">
              <w:rPr>
                <w:sz w:val="18"/>
              </w:rPr>
              <w:t>Definition</w:t>
            </w:r>
            <w:proofErr w:type="spellEnd"/>
            <w:r w:rsidRPr="00BA0C8B">
              <w:rPr>
                <w:sz w:val="18"/>
              </w:rPr>
              <w:t xml:space="preserve"> du terme </w:t>
            </w:r>
            <w:proofErr w:type="spellStart"/>
            <w:r w:rsidRPr="00BA0C8B">
              <w:rPr>
                <w:sz w:val="18"/>
              </w:rPr>
              <w:t>callisthenie</w:t>
            </w:r>
            <w:proofErr w:type="spellEnd"/>
            <w:r w:rsidRPr="00BA0C8B">
              <w:rPr>
                <w:sz w:val="18"/>
              </w:rPr>
              <w:t xml:space="preserve">, CTA secondaire, </w:t>
            </w:r>
            <w:proofErr w:type="spellStart"/>
            <w:r w:rsidRPr="00BA0C8B">
              <w:rPr>
                <w:sz w:val="18"/>
              </w:rPr>
              <w:t>entree</w:t>
            </w:r>
            <w:proofErr w:type="spellEnd"/>
            <w:r w:rsidRPr="00BA0C8B">
              <w:rPr>
                <w:sz w:val="18"/>
              </w:rPr>
              <w:t xml:space="preserve"> coaching</w:t>
            </w:r>
          </w:p>
        </w:tc>
        <w:tc>
          <w:tcPr>
            <w:tcW w:w="1814" w:type="dxa"/>
          </w:tcPr>
          <w:p w14:paraId="3D40A8D6" w14:textId="77777777" w:rsidR="007833F3" w:rsidRPr="00BA0C8B" w:rsidRDefault="00000000">
            <w:pPr>
              <w:spacing w:after="0"/>
            </w:pPr>
            <w:r w:rsidRPr="00BA0C8B">
              <w:rPr>
                <w:sz w:val="18"/>
              </w:rPr>
              <w:t>Univers sportif compris mais discipline encore floue</w:t>
            </w:r>
          </w:p>
        </w:tc>
      </w:tr>
      <w:tr w:rsidR="007833F3" w:rsidRPr="00BA0C8B" w14:paraId="5DFB06BA" w14:textId="77777777">
        <w:trPr>
          <w:jc w:val="center"/>
        </w:trPr>
        <w:tc>
          <w:tcPr>
            <w:tcW w:w="1474" w:type="dxa"/>
          </w:tcPr>
          <w:p w14:paraId="50399747" w14:textId="371FE357" w:rsidR="007833F3" w:rsidRPr="00BA0C8B" w:rsidRDefault="00000000">
            <w:pPr>
              <w:spacing w:after="0"/>
            </w:pPr>
            <w:r w:rsidRPr="00BA0C8B">
              <w:rPr>
                <w:sz w:val="18"/>
              </w:rPr>
              <w:t xml:space="preserve"> Ines</w:t>
            </w:r>
          </w:p>
        </w:tc>
        <w:tc>
          <w:tcPr>
            <w:tcW w:w="3798" w:type="dxa"/>
          </w:tcPr>
          <w:p w14:paraId="4C6D4CCB" w14:textId="77777777" w:rsidR="007833F3" w:rsidRPr="00BA0C8B" w:rsidRDefault="00000000">
            <w:pPr>
              <w:spacing w:after="0"/>
            </w:pPr>
            <w:r w:rsidRPr="00BA0C8B">
              <w:rPr>
                <w:sz w:val="18"/>
              </w:rPr>
              <w:t xml:space="preserve">Design sombre, menu riche, bouton principal visible, tonalite </w:t>
            </w:r>
            <w:proofErr w:type="spellStart"/>
            <w:r w:rsidRPr="00BA0C8B">
              <w:rPr>
                <w:sz w:val="18"/>
              </w:rPr>
              <w:t>serieuse</w:t>
            </w:r>
            <w:proofErr w:type="spellEnd"/>
          </w:p>
        </w:tc>
        <w:tc>
          <w:tcPr>
            <w:tcW w:w="2381" w:type="dxa"/>
          </w:tcPr>
          <w:p w14:paraId="1827E4F6" w14:textId="77777777" w:rsidR="007833F3" w:rsidRPr="00BA0C8B" w:rsidRDefault="00000000">
            <w:pPr>
              <w:spacing w:after="0"/>
            </w:pPr>
            <w:r w:rsidRPr="00BA0C8B">
              <w:rPr>
                <w:sz w:val="18"/>
              </w:rPr>
              <w:t xml:space="preserve">Details de contenu sous le </w:t>
            </w:r>
            <w:proofErr w:type="spellStart"/>
            <w:r w:rsidRPr="00BA0C8B">
              <w:rPr>
                <w:sz w:val="18"/>
              </w:rPr>
              <w:t>hero</w:t>
            </w:r>
            <w:proofErr w:type="spellEnd"/>
          </w:p>
        </w:tc>
        <w:tc>
          <w:tcPr>
            <w:tcW w:w="1814" w:type="dxa"/>
          </w:tcPr>
          <w:p w14:paraId="4D876358" w14:textId="77777777" w:rsidR="007833F3" w:rsidRPr="00BA0C8B" w:rsidRDefault="00000000">
            <w:pPr>
              <w:spacing w:after="0"/>
            </w:pPr>
            <w:r w:rsidRPr="00BA0C8B">
              <w:rPr>
                <w:sz w:val="18"/>
              </w:rPr>
              <w:t xml:space="preserve">Bonne lecture </w:t>
            </w:r>
            <w:proofErr w:type="spellStart"/>
            <w:r w:rsidRPr="00BA0C8B">
              <w:rPr>
                <w:sz w:val="18"/>
              </w:rPr>
              <w:t>esthetique</w:t>
            </w:r>
            <w:proofErr w:type="spellEnd"/>
            <w:r w:rsidRPr="00BA0C8B">
              <w:rPr>
                <w:sz w:val="18"/>
              </w:rPr>
              <w:t xml:space="preserve"> et navigation </w:t>
            </w:r>
            <w:proofErr w:type="spellStart"/>
            <w:r w:rsidRPr="00BA0C8B">
              <w:rPr>
                <w:sz w:val="18"/>
              </w:rPr>
              <w:t>reperee</w:t>
            </w:r>
            <w:proofErr w:type="spellEnd"/>
          </w:p>
        </w:tc>
      </w:tr>
      <w:tr w:rsidR="007833F3" w:rsidRPr="00BA0C8B" w14:paraId="2A06D68C" w14:textId="77777777">
        <w:trPr>
          <w:jc w:val="center"/>
        </w:trPr>
        <w:tc>
          <w:tcPr>
            <w:tcW w:w="1474" w:type="dxa"/>
          </w:tcPr>
          <w:p w14:paraId="023DECA9" w14:textId="2592D12F" w:rsidR="007833F3" w:rsidRPr="00BA0C8B" w:rsidRDefault="00000000">
            <w:pPr>
              <w:spacing w:after="0"/>
            </w:pPr>
            <w:r w:rsidRPr="00BA0C8B">
              <w:rPr>
                <w:sz w:val="18"/>
              </w:rPr>
              <w:t xml:space="preserve"> Lucas</w:t>
            </w:r>
          </w:p>
        </w:tc>
        <w:tc>
          <w:tcPr>
            <w:tcW w:w="3798" w:type="dxa"/>
          </w:tcPr>
          <w:p w14:paraId="1CACAFC4" w14:textId="77777777" w:rsidR="007833F3" w:rsidRPr="00BA0C8B" w:rsidRDefault="00000000">
            <w:pPr>
              <w:spacing w:after="0"/>
            </w:pPr>
            <w:r w:rsidRPr="00BA0C8B">
              <w:rPr>
                <w:sz w:val="18"/>
              </w:rPr>
              <w:t>Image acrobatique, slogan motivant, bouton principal, menu</w:t>
            </w:r>
          </w:p>
        </w:tc>
        <w:tc>
          <w:tcPr>
            <w:tcW w:w="2381" w:type="dxa"/>
          </w:tcPr>
          <w:p w14:paraId="27DFB7AA" w14:textId="77777777" w:rsidR="007833F3" w:rsidRPr="00BA0C8B" w:rsidRDefault="00000000">
            <w:pPr>
              <w:spacing w:after="0"/>
            </w:pPr>
            <w:r w:rsidRPr="00BA0C8B">
              <w:rPr>
                <w:sz w:val="18"/>
              </w:rPr>
              <w:t xml:space="preserve">CTA secondaire, </w:t>
            </w:r>
            <w:proofErr w:type="spellStart"/>
            <w:r w:rsidRPr="00BA0C8B">
              <w:rPr>
                <w:sz w:val="18"/>
              </w:rPr>
              <w:t>entree</w:t>
            </w:r>
            <w:proofErr w:type="spellEnd"/>
            <w:r w:rsidRPr="00BA0C8B">
              <w:rPr>
                <w:sz w:val="18"/>
              </w:rPr>
              <w:t xml:space="preserve"> </w:t>
            </w:r>
            <w:proofErr w:type="spellStart"/>
            <w:r w:rsidRPr="00BA0C8B">
              <w:rPr>
                <w:sz w:val="18"/>
              </w:rPr>
              <w:t>Reserver</w:t>
            </w:r>
            <w:proofErr w:type="spellEnd"/>
            <w:r w:rsidRPr="00BA0C8B">
              <w:rPr>
                <w:sz w:val="18"/>
              </w:rPr>
              <w:t xml:space="preserve"> un appel</w:t>
            </w:r>
          </w:p>
        </w:tc>
        <w:tc>
          <w:tcPr>
            <w:tcW w:w="1814" w:type="dxa"/>
          </w:tcPr>
          <w:p w14:paraId="4C95CDD9" w14:textId="77777777" w:rsidR="007833F3" w:rsidRPr="00BA0C8B" w:rsidRDefault="00000000">
            <w:pPr>
              <w:spacing w:after="0"/>
            </w:pPr>
            <w:r w:rsidRPr="00BA0C8B">
              <w:rPr>
                <w:sz w:val="18"/>
              </w:rPr>
              <w:t xml:space="preserve">Promesse sportive comprise, terme </w:t>
            </w:r>
            <w:proofErr w:type="spellStart"/>
            <w:r w:rsidRPr="00BA0C8B">
              <w:rPr>
                <w:sz w:val="18"/>
              </w:rPr>
              <w:t>callisthenie</w:t>
            </w:r>
            <w:proofErr w:type="spellEnd"/>
            <w:r w:rsidRPr="00BA0C8B">
              <w:rPr>
                <w:sz w:val="18"/>
              </w:rPr>
              <w:t xml:space="preserve"> </w:t>
            </w:r>
            <w:proofErr w:type="gramStart"/>
            <w:r w:rsidRPr="00BA0C8B">
              <w:rPr>
                <w:sz w:val="18"/>
              </w:rPr>
              <w:t>non maitrise</w:t>
            </w:r>
            <w:proofErr w:type="gramEnd"/>
          </w:p>
        </w:tc>
      </w:tr>
    </w:tbl>
    <w:p w14:paraId="63619518" w14:textId="77777777" w:rsidR="007833F3" w:rsidRPr="00BA0C8B" w:rsidRDefault="00000000">
      <w:pPr>
        <w:pStyle w:val="Titre2"/>
      </w:pPr>
      <w:r w:rsidRPr="00BA0C8B">
        <w:t>Annexe 2 - Grille de scenario et chemins optimaux</w:t>
      </w:r>
    </w:p>
    <w:p w14:paraId="31A1AA90" w14:textId="77777777" w:rsidR="007833F3" w:rsidRPr="00BA0C8B" w:rsidRDefault="00000000">
      <w:r w:rsidRPr="00BA0C8B">
        <w:t xml:space="preserve">Rappel </w:t>
      </w:r>
      <w:proofErr w:type="spellStart"/>
      <w:r w:rsidRPr="00BA0C8B">
        <w:t>synthetique</w:t>
      </w:r>
      <w:proofErr w:type="spellEnd"/>
      <w:r w:rsidRPr="00BA0C8B">
        <w:t xml:space="preserve"> des cinq taches du scenario et de leur chemin optimal.</w:t>
      </w:r>
    </w:p>
    <w:tbl>
      <w:tblPr>
        <w:tblStyle w:val="Grilledutableau"/>
        <w:tblW w:w="0" w:type="auto"/>
        <w:jc w:val="center"/>
        <w:tblLook w:val="04A0" w:firstRow="1" w:lastRow="0" w:firstColumn="1" w:lastColumn="0" w:noHBand="0" w:noVBand="1"/>
      </w:tblPr>
      <w:tblGrid>
        <w:gridCol w:w="1134"/>
        <w:gridCol w:w="4139"/>
        <w:gridCol w:w="3969"/>
      </w:tblGrid>
      <w:tr w:rsidR="007833F3" w:rsidRPr="00BA0C8B" w14:paraId="3BDE95BA" w14:textId="77777777">
        <w:trPr>
          <w:jc w:val="center"/>
        </w:trPr>
        <w:tc>
          <w:tcPr>
            <w:tcW w:w="1134" w:type="dxa"/>
            <w:shd w:val="clear" w:color="auto" w:fill="DCE6F1"/>
          </w:tcPr>
          <w:p w14:paraId="22191EEC" w14:textId="77777777" w:rsidR="007833F3" w:rsidRPr="00BA0C8B" w:rsidRDefault="00000000">
            <w:pPr>
              <w:spacing w:after="0"/>
            </w:pPr>
            <w:r w:rsidRPr="00BA0C8B">
              <w:rPr>
                <w:b/>
                <w:color w:val="1F4E79"/>
                <w:sz w:val="18"/>
              </w:rPr>
              <w:t>Tache</w:t>
            </w:r>
          </w:p>
        </w:tc>
        <w:tc>
          <w:tcPr>
            <w:tcW w:w="4139" w:type="dxa"/>
            <w:shd w:val="clear" w:color="auto" w:fill="DCE6F1"/>
          </w:tcPr>
          <w:p w14:paraId="38C3F796" w14:textId="77777777" w:rsidR="007833F3" w:rsidRPr="00BA0C8B" w:rsidRDefault="00000000">
            <w:pPr>
              <w:spacing w:after="0"/>
            </w:pPr>
            <w:r w:rsidRPr="00BA0C8B">
              <w:rPr>
                <w:b/>
                <w:color w:val="1F4E79"/>
                <w:sz w:val="18"/>
              </w:rPr>
              <w:t>Cas d'usage</w:t>
            </w:r>
          </w:p>
        </w:tc>
        <w:tc>
          <w:tcPr>
            <w:tcW w:w="3969" w:type="dxa"/>
            <w:shd w:val="clear" w:color="auto" w:fill="DCE6F1"/>
          </w:tcPr>
          <w:p w14:paraId="50FE03A4" w14:textId="77777777" w:rsidR="007833F3" w:rsidRPr="00BA0C8B" w:rsidRDefault="00000000">
            <w:pPr>
              <w:spacing w:after="0"/>
            </w:pPr>
            <w:r w:rsidRPr="00BA0C8B">
              <w:rPr>
                <w:b/>
                <w:color w:val="1F4E79"/>
                <w:sz w:val="18"/>
              </w:rPr>
              <w:t>Chemin optimal</w:t>
            </w:r>
          </w:p>
        </w:tc>
      </w:tr>
      <w:tr w:rsidR="007833F3" w:rsidRPr="00BA0C8B" w14:paraId="4E47CD4A" w14:textId="77777777">
        <w:trPr>
          <w:jc w:val="center"/>
        </w:trPr>
        <w:tc>
          <w:tcPr>
            <w:tcW w:w="1134" w:type="dxa"/>
          </w:tcPr>
          <w:p w14:paraId="6522D0AB" w14:textId="77777777" w:rsidR="007833F3" w:rsidRPr="00BA0C8B" w:rsidRDefault="00000000">
            <w:pPr>
              <w:spacing w:after="0"/>
            </w:pPr>
            <w:r w:rsidRPr="00BA0C8B">
              <w:rPr>
                <w:sz w:val="18"/>
              </w:rPr>
              <w:t>T1</w:t>
            </w:r>
          </w:p>
        </w:tc>
        <w:tc>
          <w:tcPr>
            <w:tcW w:w="4139" w:type="dxa"/>
          </w:tcPr>
          <w:p w14:paraId="03AC10A2" w14:textId="77777777" w:rsidR="007833F3" w:rsidRPr="00BA0C8B" w:rsidRDefault="00000000">
            <w:pPr>
              <w:spacing w:after="0"/>
            </w:pPr>
            <w:proofErr w:type="spellStart"/>
            <w:r w:rsidRPr="00BA0C8B">
              <w:rPr>
                <w:sz w:val="18"/>
              </w:rPr>
              <w:t>Verifier</w:t>
            </w:r>
            <w:proofErr w:type="spellEnd"/>
            <w:r w:rsidRPr="00BA0C8B">
              <w:rPr>
                <w:sz w:val="18"/>
              </w:rPr>
              <w:t xml:space="preserve"> l'</w:t>
            </w:r>
            <w:proofErr w:type="spellStart"/>
            <w:r w:rsidRPr="00BA0C8B">
              <w:rPr>
                <w:sz w:val="18"/>
              </w:rPr>
              <w:t>accessibilite</w:t>
            </w:r>
            <w:proofErr w:type="spellEnd"/>
            <w:r w:rsidRPr="00BA0C8B">
              <w:rPr>
                <w:sz w:val="18"/>
              </w:rPr>
              <w:t xml:space="preserve"> </w:t>
            </w:r>
            <w:proofErr w:type="spellStart"/>
            <w:r w:rsidRPr="00BA0C8B">
              <w:rPr>
                <w:sz w:val="18"/>
              </w:rPr>
              <w:t>financiere</w:t>
            </w:r>
            <w:proofErr w:type="spellEnd"/>
            <w:r w:rsidRPr="00BA0C8B">
              <w:rPr>
                <w:sz w:val="18"/>
              </w:rPr>
              <w:t xml:space="preserve"> de la discipline</w:t>
            </w:r>
          </w:p>
        </w:tc>
        <w:tc>
          <w:tcPr>
            <w:tcW w:w="3969" w:type="dxa"/>
          </w:tcPr>
          <w:p w14:paraId="7B06C887" w14:textId="77777777" w:rsidR="007833F3" w:rsidRPr="00BA0C8B" w:rsidRDefault="00000000">
            <w:pPr>
              <w:spacing w:after="0"/>
            </w:pPr>
            <w:proofErr w:type="spellStart"/>
            <w:r w:rsidRPr="00BA0C8B">
              <w:rPr>
                <w:sz w:val="18"/>
              </w:rPr>
              <w:t>Decouvrir</w:t>
            </w:r>
            <w:proofErr w:type="spellEnd"/>
            <w:r w:rsidRPr="00BA0C8B">
              <w:rPr>
                <w:sz w:val="18"/>
              </w:rPr>
              <w:t xml:space="preserve"> -&gt; Vue d'ensemble</w:t>
            </w:r>
          </w:p>
        </w:tc>
      </w:tr>
      <w:tr w:rsidR="007833F3" w:rsidRPr="00BA0C8B" w14:paraId="55554F7F" w14:textId="77777777">
        <w:trPr>
          <w:jc w:val="center"/>
        </w:trPr>
        <w:tc>
          <w:tcPr>
            <w:tcW w:w="1134" w:type="dxa"/>
          </w:tcPr>
          <w:p w14:paraId="339B7F9A" w14:textId="77777777" w:rsidR="007833F3" w:rsidRPr="00BA0C8B" w:rsidRDefault="00000000">
            <w:pPr>
              <w:spacing w:after="0"/>
            </w:pPr>
            <w:r w:rsidRPr="00BA0C8B">
              <w:rPr>
                <w:sz w:val="18"/>
              </w:rPr>
              <w:t>T2</w:t>
            </w:r>
          </w:p>
        </w:tc>
        <w:tc>
          <w:tcPr>
            <w:tcW w:w="4139" w:type="dxa"/>
          </w:tcPr>
          <w:p w14:paraId="6F7B0A1D" w14:textId="77777777" w:rsidR="007833F3" w:rsidRPr="00BA0C8B" w:rsidRDefault="00000000">
            <w:pPr>
              <w:spacing w:after="0"/>
            </w:pPr>
            <w:proofErr w:type="spellStart"/>
            <w:r w:rsidRPr="00BA0C8B">
              <w:rPr>
                <w:sz w:val="18"/>
              </w:rPr>
              <w:t>Debuter</w:t>
            </w:r>
            <w:proofErr w:type="spellEnd"/>
            <w:r w:rsidRPr="00BA0C8B">
              <w:rPr>
                <w:sz w:val="18"/>
              </w:rPr>
              <w:t xml:space="preserve"> chez soi de </w:t>
            </w:r>
            <w:proofErr w:type="spellStart"/>
            <w:r w:rsidRPr="00BA0C8B">
              <w:rPr>
                <w:sz w:val="18"/>
              </w:rPr>
              <w:t>maniere</w:t>
            </w:r>
            <w:proofErr w:type="spellEnd"/>
            <w:r w:rsidRPr="00BA0C8B">
              <w:rPr>
                <w:sz w:val="18"/>
              </w:rPr>
              <w:t xml:space="preserve"> </w:t>
            </w:r>
            <w:proofErr w:type="spellStart"/>
            <w:r w:rsidRPr="00BA0C8B">
              <w:rPr>
                <w:sz w:val="18"/>
              </w:rPr>
              <w:t>structuree</w:t>
            </w:r>
            <w:proofErr w:type="spellEnd"/>
          </w:p>
        </w:tc>
        <w:tc>
          <w:tcPr>
            <w:tcW w:w="3969" w:type="dxa"/>
          </w:tcPr>
          <w:p w14:paraId="5E3FEC33" w14:textId="77777777" w:rsidR="007833F3" w:rsidRPr="00BA0C8B" w:rsidRDefault="00000000">
            <w:pPr>
              <w:spacing w:after="0"/>
            </w:pPr>
            <w:proofErr w:type="spellStart"/>
            <w:r w:rsidRPr="00BA0C8B">
              <w:rPr>
                <w:sz w:val="18"/>
              </w:rPr>
              <w:t>Decouvrir</w:t>
            </w:r>
            <w:proofErr w:type="spellEnd"/>
            <w:r w:rsidRPr="00BA0C8B">
              <w:rPr>
                <w:sz w:val="18"/>
              </w:rPr>
              <w:t xml:space="preserve"> -&gt; Guide </w:t>
            </w:r>
            <w:proofErr w:type="spellStart"/>
            <w:r w:rsidRPr="00BA0C8B">
              <w:rPr>
                <w:sz w:val="18"/>
              </w:rPr>
              <w:t>premiere</w:t>
            </w:r>
            <w:proofErr w:type="spellEnd"/>
            <w:r w:rsidRPr="00BA0C8B">
              <w:rPr>
                <w:sz w:val="18"/>
              </w:rPr>
              <w:t xml:space="preserve"> </w:t>
            </w:r>
            <w:proofErr w:type="spellStart"/>
            <w:r w:rsidRPr="00BA0C8B">
              <w:rPr>
                <w:sz w:val="18"/>
              </w:rPr>
              <w:t>seance</w:t>
            </w:r>
            <w:proofErr w:type="spellEnd"/>
          </w:p>
        </w:tc>
      </w:tr>
      <w:tr w:rsidR="007833F3" w:rsidRPr="00BA0C8B" w14:paraId="2D520580" w14:textId="77777777">
        <w:trPr>
          <w:jc w:val="center"/>
        </w:trPr>
        <w:tc>
          <w:tcPr>
            <w:tcW w:w="1134" w:type="dxa"/>
          </w:tcPr>
          <w:p w14:paraId="44D7955A" w14:textId="77777777" w:rsidR="007833F3" w:rsidRPr="00BA0C8B" w:rsidRDefault="00000000">
            <w:pPr>
              <w:spacing w:after="0"/>
            </w:pPr>
            <w:r w:rsidRPr="00BA0C8B">
              <w:rPr>
                <w:sz w:val="18"/>
              </w:rPr>
              <w:t>T3</w:t>
            </w:r>
          </w:p>
        </w:tc>
        <w:tc>
          <w:tcPr>
            <w:tcW w:w="4139" w:type="dxa"/>
          </w:tcPr>
          <w:p w14:paraId="1D896BD9" w14:textId="77777777" w:rsidR="007833F3" w:rsidRPr="00BA0C8B" w:rsidRDefault="00000000">
            <w:pPr>
              <w:spacing w:after="0"/>
            </w:pPr>
            <w:r w:rsidRPr="00BA0C8B">
              <w:rPr>
                <w:sz w:val="18"/>
              </w:rPr>
              <w:t xml:space="preserve">Trouver un coach pour </w:t>
            </w:r>
            <w:proofErr w:type="spellStart"/>
            <w:r w:rsidRPr="00BA0C8B">
              <w:rPr>
                <w:sz w:val="18"/>
              </w:rPr>
              <w:t>debuter</w:t>
            </w:r>
            <w:proofErr w:type="spellEnd"/>
            <w:r w:rsidRPr="00BA0C8B">
              <w:rPr>
                <w:sz w:val="18"/>
              </w:rPr>
              <w:t xml:space="preserve"> en force</w:t>
            </w:r>
          </w:p>
        </w:tc>
        <w:tc>
          <w:tcPr>
            <w:tcW w:w="3969" w:type="dxa"/>
          </w:tcPr>
          <w:p w14:paraId="3BFB289E" w14:textId="77777777" w:rsidR="007833F3" w:rsidRPr="00BA0C8B" w:rsidRDefault="00000000">
            <w:pPr>
              <w:spacing w:after="0"/>
            </w:pPr>
            <w:proofErr w:type="spellStart"/>
            <w:r w:rsidRPr="00BA0C8B">
              <w:rPr>
                <w:sz w:val="18"/>
              </w:rPr>
              <w:t>Reserver</w:t>
            </w:r>
            <w:proofErr w:type="spellEnd"/>
            <w:r w:rsidRPr="00BA0C8B">
              <w:rPr>
                <w:sz w:val="18"/>
              </w:rPr>
              <w:t xml:space="preserve"> un appel -&gt; Mubarez</w:t>
            </w:r>
          </w:p>
        </w:tc>
      </w:tr>
      <w:tr w:rsidR="007833F3" w:rsidRPr="00BA0C8B" w14:paraId="04E6EC88" w14:textId="77777777">
        <w:trPr>
          <w:jc w:val="center"/>
        </w:trPr>
        <w:tc>
          <w:tcPr>
            <w:tcW w:w="1134" w:type="dxa"/>
          </w:tcPr>
          <w:p w14:paraId="3EA9B9A5" w14:textId="77777777" w:rsidR="007833F3" w:rsidRPr="00BA0C8B" w:rsidRDefault="00000000">
            <w:pPr>
              <w:spacing w:after="0"/>
            </w:pPr>
            <w:r w:rsidRPr="00BA0C8B">
              <w:rPr>
                <w:sz w:val="18"/>
              </w:rPr>
              <w:t>T4</w:t>
            </w:r>
          </w:p>
        </w:tc>
        <w:tc>
          <w:tcPr>
            <w:tcW w:w="4139" w:type="dxa"/>
          </w:tcPr>
          <w:p w14:paraId="1043C6FC" w14:textId="77777777" w:rsidR="007833F3" w:rsidRPr="00BA0C8B" w:rsidRDefault="00000000">
            <w:pPr>
              <w:spacing w:after="0"/>
            </w:pPr>
            <w:r w:rsidRPr="00BA0C8B">
              <w:rPr>
                <w:sz w:val="18"/>
              </w:rPr>
              <w:t>Se projeter vers un niveau avance</w:t>
            </w:r>
          </w:p>
        </w:tc>
        <w:tc>
          <w:tcPr>
            <w:tcW w:w="3969" w:type="dxa"/>
          </w:tcPr>
          <w:p w14:paraId="1335756F" w14:textId="77777777" w:rsidR="007833F3" w:rsidRPr="00BA0C8B" w:rsidRDefault="00000000">
            <w:pPr>
              <w:spacing w:after="0"/>
            </w:pPr>
            <w:r w:rsidRPr="00BA0C8B">
              <w:rPr>
                <w:sz w:val="18"/>
              </w:rPr>
              <w:t>Progression -&gt; Vue d'ensemble</w:t>
            </w:r>
          </w:p>
        </w:tc>
      </w:tr>
      <w:tr w:rsidR="007833F3" w:rsidRPr="00BA0C8B" w14:paraId="7B8A2011" w14:textId="77777777">
        <w:trPr>
          <w:jc w:val="center"/>
        </w:trPr>
        <w:tc>
          <w:tcPr>
            <w:tcW w:w="1134" w:type="dxa"/>
          </w:tcPr>
          <w:p w14:paraId="2A0CE2A4" w14:textId="77777777" w:rsidR="007833F3" w:rsidRPr="00BA0C8B" w:rsidRDefault="00000000">
            <w:pPr>
              <w:spacing w:after="0"/>
            </w:pPr>
            <w:r w:rsidRPr="00BA0C8B">
              <w:rPr>
                <w:sz w:val="18"/>
              </w:rPr>
              <w:t>T5</w:t>
            </w:r>
          </w:p>
        </w:tc>
        <w:tc>
          <w:tcPr>
            <w:tcW w:w="4139" w:type="dxa"/>
          </w:tcPr>
          <w:p w14:paraId="4B5F811F" w14:textId="77777777" w:rsidR="007833F3" w:rsidRPr="00BA0C8B" w:rsidRDefault="00000000">
            <w:pPr>
              <w:spacing w:after="0"/>
            </w:pPr>
            <w:r w:rsidRPr="00BA0C8B">
              <w:rPr>
                <w:sz w:val="18"/>
              </w:rPr>
              <w:t>Chercher une preuve sociale et des retours d'</w:t>
            </w:r>
            <w:proofErr w:type="spellStart"/>
            <w:r w:rsidRPr="00BA0C8B">
              <w:rPr>
                <w:sz w:val="18"/>
              </w:rPr>
              <w:t>experience</w:t>
            </w:r>
            <w:proofErr w:type="spellEnd"/>
          </w:p>
        </w:tc>
        <w:tc>
          <w:tcPr>
            <w:tcW w:w="3969" w:type="dxa"/>
          </w:tcPr>
          <w:p w14:paraId="29E97068" w14:textId="77777777" w:rsidR="007833F3" w:rsidRPr="00BA0C8B" w:rsidRDefault="00000000">
            <w:pPr>
              <w:spacing w:after="0"/>
            </w:pPr>
            <w:r w:rsidRPr="00BA0C8B">
              <w:rPr>
                <w:sz w:val="18"/>
              </w:rPr>
              <w:t xml:space="preserve">Motivation / </w:t>
            </w:r>
            <w:proofErr w:type="spellStart"/>
            <w:r w:rsidRPr="00BA0C8B">
              <w:rPr>
                <w:sz w:val="18"/>
              </w:rPr>
              <w:t>Bien-etre</w:t>
            </w:r>
            <w:proofErr w:type="spellEnd"/>
            <w:r w:rsidRPr="00BA0C8B">
              <w:rPr>
                <w:sz w:val="18"/>
              </w:rPr>
              <w:t xml:space="preserve"> -&gt; </w:t>
            </w:r>
            <w:proofErr w:type="spellStart"/>
            <w:r w:rsidRPr="00BA0C8B">
              <w:rPr>
                <w:sz w:val="18"/>
              </w:rPr>
              <w:t>Temoignage</w:t>
            </w:r>
            <w:proofErr w:type="spellEnd"/>
          </w:p>
        </w:tc>
      </w:tr>
    </w:tbl>
    <w:p w14:paraId="7CFD27A7" w14:textId="77777777" w:rsidR="007833F3" w:rsidRPr="00BA0C8B" w:rsidRDefault="00000000">
      <w:pPr>
        <w:pStyle w:val="Titre2"/>
      </w:pPr>
      <w:r w:rsidRPr="00BA0C8B">
        <w:t>Annexe 3 - Architecture du site teste</w:t>
      </w:r>
    </w:p>
    <w:p w14:paraId="5765601D" w14:textId="77777777" w:rsidR="00290950" w:rsidRDefault="00290950" w:rsidP="00290950">
      <w:pPr>
        <w:spacing w:before="60" w:after="80"/>
        <w:jc w:val="both"/>
        <w:rPr>
          <w:lang w:val="en-US"/>
        </w:rPr>
      </w:pPr>
      <w:r w:rsidRPr="6D1A2CCB">
        <w:rPr>
          <w:lang w:val="en-US"/>
        </w:rPr>
        <w:t xml:space="preserve">Structure de </w:t>
      </w:r>
      <w:proofErr w:type="gramStart"/>
      <w:r w:rsidRPr="6D1A2CCB">
        <w:rPr>
          <w:lang w:val="en-US"/>
        </w:rPr>
        <w:t>navigation :</w:t>
      </w:r>
      <w:proofErr w:type="gramEnd"/>
    </w:p>
    <w:p w14:paraId="6725227B" w14:textId="77777777" w:rsidR="00290950" w:rsidRDefault="00290950" w:rsidP="00290950">
      <w:pPr>
        <w:pStyle w:val="Paragraphedeliste"/>
        <w:numPr>
          <w:ilvl w:val="0"/>
          <w:numId w:val="12"/>
        </w:numPr>
        <w:spacing w:before="40" w:after="40" w:line="240" w:lineRule="auto"/>
        <w:contextualSpacing w:val="0"/>
        <w:rPr>
          <w:lang w:val="en-US"/>
        </w:rPr>
      </w:pPr>
      <w:proofErr w:type="spellStart"/>
      <w:r w:rsidRPr="6D1A2CCB">
        <w:rPr>
          <w:lang w:val="en-US"/>
        </w:rPr>
        <w:t>Accueil</w:t>
      </w:r>
      <w:proofErr w:type="spellEnd"/>
    </w:p>
    <w:p w14:paraId="16A8C2BF" w14:textId="77777777" w:rsidR="00290950" w:rsidRDefault="00290950" w:rsidP="00290950">
      <w:pPr>
        <w:pStyle w:val="Paragraphedeliste"/>
        <w:numPr>
          <w:ilvl w:val="0"/>
          <w:numId w:val="12"/>
        </w:numPr>
        <w:spacing w:before="40" w:after="40" w:line="240" w:lineRule="auto"/>
        <w:contextualSpacing w:val="0"/>
        <w:rPr>
          <w:lang w:val="en-US"/>
        </w:rPr>
      </w:pPr>
      <w:r w:rsidRPr="6D1A2CCB">
        <w:rPr>
          <w:lang w:val="en-US"/>
        </w:rPr>
        <w:t xml:space="preserve">À </w:t>
      </w:r>
      <w:proofErr w:type="spellStart"/>
      <w:r w:rsidRPr="6D1A2CCB">
        <w:rPr>
          <w:lang w:val="en-US"/>
        </w:rPr>
        <w:t>propos</w:t>
      </w:r>
      <w:proofErr w:type="spellEnd"/>
    </w:p>
    <w:p w14:paraId="6343C8BD" w14:textId="77777777" w:rsidR="00290950" w:rsidRPr="00A359C1" w:rsidRDefault="00290950" w:rsidP="00290950">
      <w:pPr>
        <w:pStyle w:val="Paragraphedeliste"/>
        <w:numPr>
          <w:ilvl w:val="0"/>
          <w:numId w:val="12"/>
        </w:numPr>
        <w:spacing w:before="40" w:after="40" w:line="240" w:lineRule="auto"/>
        <w:contextualSpacing w:val="0"/>
      </w:pPr>
      <w:r w:rsidRPr="00A359C1">
        <w:t>Découvrir → Présentation / Fiches de mouvements / Séance à domicile / Glossaire / Lieux / Équipement</w:t>
      </w:r>
    </w:p>
    <w:p w14:paraId="3A78F312" w14:textId="77777777" w:rsidR="00290950" w:rsidRPr="00A359C1" w:rsidRDefault="00290950" w:rsidP="00290950">
      <w:pPr>
        <w:pStyle w:val="Paragraphedeliste"/>
        <w:numPr>
          <w:ilvl w:val="0"/>
          <w:numId w:val="12"/>
        </w:numPr>
        <w:spacing w:before="40" w:after="40" w:line="240" w:lineRule="auto"/>
        <w:contextualSpacing w:val="0"/>
      </w:pPr>
      <w:r w:rsidRPr="00A359C1">
        <w:t>Progression → Niveaux / Exercice suivant / Stagnation / Routine débutant / Objectifs / Organisation</w:t>
      </w:r>
    </w:p>
    <w:p w14:paraId="4D11CF68" w14:textId="77777777" w:rsidR="00290950" w:rsidRPr="00A359C1" w:rsidRDefault="00290950" w:rsidP="00290950">
      <w:pPr>
        <w:pStyle w:val="Paragraphedeliste"/>
        <w:numPr>
          <w:ilvl w:val="0"/>
          <w:numId w:val="12"/>
        </w:numPr>
        <w:spacing w:before="40" w:after="40" w:line="240" w:lineRule="auto"/>
        <w:contextualSpacing w:val="0"/>
      </w:pPr>
      <w:r w:rsidRPr="00A359C1">
        <w:t>Motivation / Bien-être → Témoignages / Bienfaits / Diète</w:t>
      </w:r>
    </w:p>
    <w:p w14:paraId="3F4EA8C4" w14:textId="373C4859" w:rsidR="00290950" w:rsidRDefault="00290950" w:rsidP="00290950">
      <w:pPr>
        <w:pStyle w:val="Paragraphedeliste"/>
        <w:numPr>
          <w:ilvl w:val="0"/>
          <w:numId w:val="12"/>
        </w:numPr>
        <w:spacing w:before="40" w:after="40" w:line="240" w:lineRule="auto"/>
        <w:contextualSpacing w:val="0"/>
        <w:rPr>
          <w:lang w:val="en-US"/>
        </w:rPr>
      </w:pPr>
      <w:proofErr w:type="spellStart"/>
      <w:r w:rsidRPr="6D1A2CCB">
        <w:rPr>
          <w:lang w:val="en-US"/>
        </w:rPr>
        <w:t>Réserver</w:t>
      </w:r>
      <w:proofErr w:type="spellEnd"/>
      <w:r w:rsidRPr="6D1A2CCB">
        <w:rPr>
          <w:lang w:val="en-US"/>
        </w:rPr>
        <w:t xml:space="preserve"> un </w:t>
      </w:r>
      <w:proofErr w:type="spellStart"/>
      <w:r w:rsidRPr="6D1A2CCB">
        <w:rPr>
          <w:lang w:val="en-US"/>
        </w:rPr>
        <w:t>appel</w:t>
      </w:r>
      <w:proofErr w:type="spellEnd"/>
      <w:r w:rsidRPr="6D1A2CCB">
        <w:rPr>
          <w:lang w:val="en-US"/>
        </w:rPr>
        <w:t xml:space="preserve"> → Mubarez </w:t>
      </w:r>
    </w:p>
    <w:p w14:paraId="16E73F0F" w14:textId="2054BA96" w:rsidR="007833F3" w:rsidRPr="00BA0C8B" w:rsidRDefault="007833F3">
      <w:pPr>
        <w:jc w:val="center"/>
      </w:pPr>
    </w:p>
    <w:p w14:paraId="61F90497" w14:textId="77777777" w:rsidR="007833F3" w:rsidRPr="00BA0C8B" w:rsidRDefault="00000000">
      <w:pPr>
        <w:pStyle w:val="Titre2"/>
      </w:pPr>
      <w:r w:rsidRPr="00BA0C8B">
        <w:t>Annexe 4 - Radar ergonomique</w:t>
      </w:r>
    </w:p>
    <w:p w14:paraId="2931FA89" w14:textId="77777777" w:rsidR="007833F3" w:rsidRPr="00BA0C8B" w:rsidRDefault="00000000">
      <w:pPr>
        <w:jc w:val="center"/>
      </w:pPr>
      <w:r w:rsidRPr="00BA0C8B">
        <w:drawing>
          <wp:inline distT="0" distB="0" distL="0" distR="0" wp14:anchorId="1E8A4167" wp14:editId="38FBC0DE">
            <wp:extent cx="5688000" cy="5480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s_radar.png"/>
                    <pic:cNvPicPr/>
                  </pic:nvPicPr>
                  <pic:blipFill>
                    <a:blip r:embed="rId11"/>
                    <a:stretch>
                      <a:fillRect/>
                    </a:stretch>
                  </pic:blipFill>
                  <pic:spPr>
                    <a:xfrm>
                      <a:off x="0" y="0"/>
                      <a:ext cx="5688000" cy="5480808"/>
                    </a:xfrm>
                    <a:prstGeom prst="rect">
                      <a:avLst/>
                    </a:prstGeom>
                  </pic:spPr>
                </pic:pic>
              </a:graphicData>
            </a:graphic>
          </wp:inline>
        </w:drawing>
      </w:r>
    </w:p>
    <w:p w14:paraId="7D651FE6" w14:textId="77777777" w:rsidR="007833F3" w:rsidRPr="00BA0C8B" w:rsidRDefault="00000000">
      <w:pPr>
        <w:jc w:val="center"/>
      </w:pPr>
      <w:r w:rsidRPr="00BA0C8B">
        <w:rPr>
          <w:i/>
          <w:color w:val="5F6B7A"/>
          <w:sz w:val="19"/>
        </w:rPr>
        <w:t>Figure 5. Reprise du radar ergonomique pour consultation rapide en annexe.</w:t>
      </w:r>
    </w:p>
    <w:p w14:paraId="2B85BB5C" w14:textId="77777777" w:rsidR="007833F3" w:rsidRPr="00BA0C8B" w:rsidRDefault="00000000">
      <w:pPr>
        <w:pStyle w:val="Titre2"/>
      </w:pPr>
      <w:r w:rsidRPr="00BA0C8B">
        <w:t xml:space="preserve">Annexe 5 - </w:t>
      </w:r>
      <w:proofErr w:type="spellStart"/>
      <w:r w:rsidRPr="00BA0C8B">
        <w:t>Synthese</w:t>
      </w:r>
      <w:proofErr w:type="spellEnd"/>
      <w:r w:rsidRPr="00BA0C8B">
        <w:t xml:space="preserve"> </w:t>
      </w:r>
      <w:proofErr w:type="spellStart"/>
      <w:r w:rsidRPr="00BA0C8B">
        <w:t>chiffree</w:t>
      </w:r>
      <w:proofErr w:type="spellEnd"/>
      <w:r w:rsidRPr="00BA0C8B">
        <w:t xml:space="preserve"> </w:t>
      </w:r>
      <w:proofErr w:type="spellStart"/>
      <w:r w:rsidRPr="00BA0C8B">
        <w:t>AttrakDiff</w:t>
      </w:r>
      <w:proofErr w:type="spellEnd"/>
    </w:p>
    <w:tbl>
      <w:tblPr>
        <w:tblStyle w:val="Grilledutableau"/>
        <w:tblW w:w="0" w:type="auto"/>
        <w:jc w:val="center"/>
        <w:tblLook w:val="04A0" w:firstRow="1" w:lastRow="0" w:firstColumn="1" w:lastColumn="0" w:noHBand="0" w:noVBand="1"/>
      </w:tblPr>
      <w:tblGrid>
        <w:gridCol w:w="2268"/>
        <w:gridCol w:w="1134"/>
        <w:gridCol w:w="1134"/>
        <w:gridCol w:w="1134"/>
        <w:gridCol w:w="1134"/>
      </w:tblGrid>
      <w:tr w:rsidR="007833F3" w:rsidRPr="00BA0C8B" w14:paraId="53762955" w14:textId="77777777">
        <w:trPr>
          <w:jc w:val="center"/>
        </w:trPr>
        <w:tc>
          <w:tcPr>
            <w:tcW w:w="2268" w:type="dxa"/>
            <w:shd w:val="clear" w:color="auto" w:fill="DCE6F1"/>
          </w:tcPr>
          <w:p w14:paraId="44717530" w14:textId="77777777" w:rsidR="007833F3" w:rsidRPr="00BA0C8B" w:rsidRDefault="00000000">
            <w:pPr>
              <w:spacing w:after="0"/>
            </w:pPr>
            <w:r w:rsidRPr="00BA0C8B">
              <w:rPr>
                <w:b/>
                <w:color w:val="1F4E79"/>
                <w:sz w:val="18"/>
              </w:rPr>
              <w:t>Participant</w:t>
            </w:r>
          </w:p>
        </w:tc>
        <w:tc>
          <w:tcPr>
            <w:tcW w:w="1134" w:type="dxa"/>
            <w:shd w:val="clear" w:color="auto" w:fill="DCE6F1"/>
          </w:tcPr>
          <w:p w14:paraId="4FA99831" w14:textId="77777777" w:rsidR="007833F3" w:rsidRPr="00BA0C8B" w:rsidRDefault="00000000">
            <w:pPr>
              <w:spacing w:after="0"/>
            </w:pPr>
            <w:r w:rsidRPr="00BA0C8B">
              <w:rPr>
                <w:b/>
                <w:color w:val="1F4E79"/>
                <w:sz w:val="18"/>
              </w:rPr>
              <w:t>PQ</w:t>
            </w:r>
          </w:p>
        </w:tc>
        <w:tc>
          <w:tcPr>
            <w:tcW w:w="1134" w:type="dxa"/>
            <w:shd w:val="clear" w:color="auto" w:fill="DCE6F1"/>
          </w:tcPr>
          <w:p w14:paraId="38405CE7" w14:textId="77777777" w:rsidR="007833F3" w:rsidRPr="00BA0C8B" w:rsidRDefault="00000000">
            <w:pPr>
              <w:spacing w:after="0"/>
            </w:pPr>
            <w:r w:rsidRPr="00BA0C8B">
              <w:rPr>
                <w:b/>
                <w:color w:val="1F4E79"/>
                <w:sz w:val="18"/>
              </w:rPr>
              <w:t>HQ-S</w:t>
            </w:r>
          </w:p>
        </w:tc>
        <w:tc>
          <w:tcPr>
            <w:tcW w:w="1134" w:type="dxa"/>
            <w:shd w:val="clear" w:color="auto" w:fill="DCE6F1"/>
          </w:tcPr>
          <w:p w14:paraId="1838E03D" w14:textId="77777777" w:rsidR="007833F3" w:rsidRPr="00BA0C8B" w:rsidRDefault="00000000">
            <w:pPr>
              <w:spacing w:after="0"/>
            </w:pPr>
            <w:r w:rsidRPr="00BA0C8B">
              <w:rPr>
                <w:b/>
                <w:color w:val="1F4E79"/>
                <w:sz w:val="18"/>
              </w:rPr>
              <w:t>HQ-I</w:t>
            </w:r>
          </w:p>
        </w:tc>
        <w:tc>
          <w:tcPr>
            <w:tcW w:w="1134" w:type="dxa"/>
            <w:shd w:val="clear" w:color="auto" w:fill="DCE6F1"/>
          </w:tcPr>
          <w:p w14:paraId="58FF413A" w14:textId="77777777" w:rsidR="007833F3" w:rsidRPr="00BA0C8B" w:rsidRDefault="00000000">
            <w:pPr>
              <w:spacing w:after="0"/>
            </w:pPr>
            <w:r w:rsidRPr="00BA0C8B">
              <w:rPr>
                <w:b/>
                <w:color w:val="1F4E79"/>
                <w:sz w:val="18"/>
              </w:rPr>
              <w:t>ATT</w:t>
            </w:r>
          </w:p>
        </w:tc>
      </w:tr>
      <w:tr w:rsidR="007833F3" w:rsidRPr="00BA0C8B" w14:paraId="5D6180EF" w14:textId="77777777">
        <w:trPr>
          <w:jc w:val="center"/>
        </w:trPr>
        <w:tc>
          <w:tcPr>
            <w:tcW w:w="2268" w:type="dxa"/>
          </w:tcPr>
          <w:p w14:paraId="771C84DB" w14:textId="77777777" w:rsidR="007833F3" w:rsidRPr="00BA0C8B" w:rsidRDefault="00000000">
            <w:pPr>
              <w:spacing w:after="0"/>
            </w:pPr>
            <w:r w:rsidRPr="00BA0C8B">
              <w:rPr>
                <w:sz w:val="18"/>
              </w:rPr>
              <w:t>U4 Mehdi</w:t>
            </w:r>
          </w:p>
        </w:tc>
        <w:tc>
          <w:tcPr>
            <w:tcW w:w="1134" w:type="dxa"/>
          </w:tcPr>
          <w:p w14:paraId="1C21C3BE" w14:textId="77777777" w:rsidR="007833F3" w:rsidRPr="00BA0C8B" w:rsidRDefault="00000000">
            <w:pPr>
              <w:spacing w:after="0"/>
            </w:pPr>
            <w:r w:rsidRPr="00BA0C8B">
              <w:rPr>
                <w:sz w:val="18"/>
              </w:rPr>
              <w:t>+0.6</w:t>
            </w:r>
          </w:p>
        </w:tc>
        <w:tc>
          <w:tcPr>
            <w:tcW w:w="1134" w:type="dxa"/>
          </w:tcPr>
          <w:p w14:paraId="565EFF01" w14:textId="77777777" w:rsidR="007833F3" w:rsidRPr="00BA0C8B" w:rsidRDefault="00000000">
            <w:pPr>
              <w:spacing w:after="0"/>
            </w:pPr>
            <w:r w:rsidRPr="00BA0C8B">
              <w:rPr>
                <w:sz w:val="18"/>
              </w:rPr>
              <w:t>+1.4</w:t>
            </w:r>
          </w:p>
        </w:tc>
        <w:tc>
          <w:tcPr>
            <w:tcW w:w="1134" w:type="dxa"/>
          </w:tcPr>
          <w:p w14:paraId="15699EEF" w14:textId="77777777" w:rsidR="007833F3" w:rsidRPr="00BA0C8B" w:rsidRDefault="00000000">
            <w:pPr>
              <w:spacing w:after="0"/>
            </w:pPr>
            <w:r w:rsidRPr="00BA0C8B">
              <w:rPr>
                <w:sz w:val="18"/>
              </w:rPr>
              <w:t>+1.0</w:t>
            </w:r>
          </w:p>
        </w:tc>
        <w:tc>
          <w:tcPr>
            <w:tcW w:w="1134" w:type="dxa"/>
          </w:tcPr>
          <w:p w14:paraId="1002FAF0" w14:textId="77777777" w:rsidR="007833F3" w:rsidRPr="00BA0C8B" w:rsidRDefault="00000000">
            <w:pPr>
              <w:spacing w:after="0"/>
            </w:pPr>
            <w:r w:rsidRPr="00BA0C8B">
              <w:rPr>
                <w:sz w:val="18"/>
              </w:rPr>
              <w:t>+1.8</w:t>
            </w:r>
          </w:p>
        </w:tc>
      </w:tr>
      <w:tr w:rsidR="007833F3" w:rsidRPr="00BA0C8B" w14:paraId="3F5A9382" w14:textId="77777777">
        <w:trPr>
          <w:jc w:val="center"/>
        </w:trPr>
        <w:tc>
          <w:tcPr>
            <w:tcW w:w="2268" w:type="dxa"/>
          </w:tcPr>
          <w:p w14:paraId="009C3010" w14:textId="77777777" w:rsidR="007833F3" w:rsidRPr="00BA0C8B" w:rsidRDefault="00000000">
            <w:pPr>
              <w:spacing w:after="0"/>
            </w:pPr>
            <w:r w:rsidRPr="00BA0C8B">
              <w:rPr>
                <w:sz w:val="18"/>
              </w:rPr>
              <w:t>U5 Ines</w:t>
            </w:r>
          </w:p>
        </w:tc>
        <w:tc>
          <w:tcPr>
            <w:tcW w:w="1134" w:type="dxa"/>
          </w:tcPr>
          <w:p w14:paraId="02EC841F" w14:textId="77777777" w:rsidR="007833F3" w:rsidRPr="00BA0C8B" w:rsidRDefault="00000000">
            <w:pPr>
              <w:spacing w:after="0"/>
            </w:pPr>
            <w:r w:rsidRPr="00BA0C8B">
              <w:rPr>
                <w:sz w:val="18"/>
              </w:rPr>
              <w:t>+1.5</w:t>
            </w:r>
          </w:p>
        </w:tc>
        <w:tc>
          <w:tcPr>
            <w:tcW w:w="1134" w:type="dxa"/>
          </w:tcPr>
          <w:p w14:paraId="4695567B" w14:textId="77777777" w:rsidR="007833F3" w:rsidRPr="00BA0C8B" w:rsidRDefault="00000000">
            <w:pPr>
              <w:spacing w:after="0"/>
            </w:pPr>
            <w:r w:rsidRPr="00BA0C8B">
              <w:rPr>
                <w:sz w:val="18"/>
              </w:rPr>
              <w:t>+1.9</w:t>
            </w:r>
          </w:p>
        </w:tc>
        <w:tc>
          <w:tcPr>
            <w:tcW w:w="1134" w:type="dxa"/>
          </w:tcPr>
          <w:p w14:paraId="6A237B04" w14:textId="77777777" w:rsidR="007833F3" w:rsidRPr="00BA0C8B" w:rsidRDefault="00000000">
            <w:pPr>
              <w:spacing w:after="0"/>
            </w:pPr>
            <w:r w:rsidRPr="00BA0C8B">
              <w:rPr>
                <w:sz w:val="18"/>
              </w:rPr>
              <w:t>+1.6</w:t>
            </w:r>
          </w:p>
        </w:tc>
        <w:tc>
          <w:tcPr>
            <w:tcW w:w="1134" w:type="dxa"/>
          </w:tcPr>
          <w:p w14:paraId="6E33413C" w14:textId="77777777" w:rsidR="007833F3" w:rsidRPr="00BA0C8B" w:rsidRDefault="00000000">
            <w:pPr>
              <w:spacing w:after="0"/>
            </w:pPr>
            <w:r w:rsidRPr="00BA0C8B">
              <w:rPr>
                <w:sz w:val="18"/>
              </w:rPr>
              <w:t>+2.1</w:t>
            </w:r>
          </w:p>
        </w:tc>
      </w:tr>
      <w:tr w:rsidR="007833F3" w:rsidRPr="00BA0C8B" w14:paraId="34E75EB5" w14:textId="77777777">
        <w:trPr>
          <w:jc w:val="center"/>
        </w:trPr>
        <w:tc>
          <w:tcPr>
            <w:tcW w:w="2268" w:type="dxa"/>
          </w:tcPr>
          <w:p w14:paraId="10D9ADAF" w14:textId="77777777" w:rsidR="007833F3" w:rsidRPr="00BA0C8B" w:rsidRDefault="00000000">
            <w:pPr>
              <w:spacing w:after="0"/>
            </w:pPr>
            <w:r w:rsidRPr="00BA0C8B">
              <w:rPr>
                <w:sz w:val="18"/>
              </w:rPr>
              <w:t>U6 Lucas</w:t>
            </w:r>
          </w:p>
        </w:tc>
        <w:tc>
          <w:tcPr>
            <w:tcW w:w="1134" w:type="dxa"/>
          </w:tcPr>
          <w:p w14:paraId="09E8C2AF" w14:textId="77777777" w:rsidR="007833F3" w:rsidRPr="00BA0C8B" w:rsidRDefault="00000000">
            <w:pPr>
              <w:spacing w:after="0"/>
            </w:pPr>
            <w:r w:rsidRPr="00BA0C8B">
              <w:rPr>
                <w:sz w:val="18"/>
              </w:rPr>
              <w:t>+0.8</w:t>
            </w:r>
          </w:p>
        </w:tc>
        <w:tc>
          <w:tcPr>
            <w:tcW w:w="1134" w:type="dxa"/>
          </w:tcPr>
          <w:p w14:paraId="41815837" w14:textId="77777777" w:rsidR="007833F3" w:rsidRPr="00BA0C8B" w:rsidRDefault="00000000">
            <w:pPr>
              <w:spacing w:after="0"/>
            </w:pPr>
            <w:r w:rsidRPr="00BA0C8B">
              <w:rPr>
                <w:sz w:val="18"/>
              </w:rPr>
              <w:t>+1.6</w:t>
            </w:r>
          </w:p>
        </w:tc>
        <w:tc>
          <w:tcPr>
            <w:tcW w:w="1134" w:type="dxa"/>
          </w:tcPr>
          <w:p w14:paraId="1A220901" w14:textId="77777777" w:rsidR="007833F3" w:rsidRPr="00BA0C8B" w:rsidRDefault="00000000">
            <w:pPr>
              <w:spacing w:after="0"/>
            </w:pPr>
            <w:r w:rsidRPr="00BA0C8B">
              <w:rPr>
                <w:sz w:val="18"/>
              </w:rPr>
              <w:t>+1.2</w:t>
            </w:r>
          </w:p>
        </w:tc>
        <w:tc>
          <w:tcPr>
            <w:tcW w:w="1134" w:type="dxa"/>
          </w:tcPr>
          <w:p w14:paraId="26C028BB" w14:textId="77777777" w:rsidR="007833F3" w:rsidRPr="00BA0C8B" w:rsidRDefault="00000000">
            <w:pPr>
              <w:spacing w:after="0"/>
            </w:pPr>
            <w:r w:rsidRPr="00BA0C8B">
              <w:rPr>
                <w:sz w:val="18"/>
              </w:rPr>
              <w:t>+2.0</w:t>
            </w:r>
          </w:p>
        </w:tc>
      </w:tr>
      <w:tr w:rsidR="007833F3" w:rsidRPr="00BA0C8B" w14:paraId="5FCC37E4" w14:textId="77777777">
        <w:trPr>
          <w:jc w:val="center"/>
        </w:trPr>
        <w:tc>
          <w:tcPr>
            <w:tcW w:w="2268" w:type="dxa"/>
          </w:tcPr>
          <w:p w14:paraId="2B291840" w14:textId="77777777" w:rsidR="007833F3" w:rsidRPr="00BA0C8B" w:rsidRDefault="00000000">
            <w:pPr>
              <w:spacing w:after="0"/>
            </w:pPr>
            <w:r w:rsidRPr="00BA0C8B">
              <w:rPr>
                <w:b/>
                <w:sz w:val="18"/>
              </w:rPr>
              <w:t>Moyenne</w:t>
            </w:r>
          </w:p>
        </w:tc>
        <w:tc>
          <w:tcPr>
            <w:tcW w:w="1134" w:type="dxa"/>
          </w:tcPr>
          <w:p w14:paraId="62942890" w14:textId="77777777" w:rsidR="007833F3" w:rsidRPr="00BA0C8B" w:rsidRDefault="00000000">
            <w:pPr>
              <w:spacing w:after="0"/>
            </w:pPr>
            <w:r w:rsidRPr="00BA0C8B">
              <w:rPr>
                <w:b/>
                <w:sz w:val="18"/>
              </w:rPr>
              <w:t>+1.0</w:t>
            </w:r>
          </w:p>
        </w:tc>
        <w:tc>
          <w:tcPr>
            <w:tcW w:w="1134" w:type="dxa"/>
          </w:tcPr>
          <w:p w14:paraId="68E509EE" w14:textId="77777777" w:rsidR="007833F3" w:rsidRPr="00BA0C8B" w:rsidRDefault="00000000">
            <w:pPr>
              <w:spacing w:after="0"/>
            </w:pPr>
            <w:r w:rsidRPr="00BA0C8B">
              <w:rPr>
                <w:b/>
                <w:sz w:val="18"/>
              </w:rPr>
              <w:t>+1.6</w:t>
            </w:r>
          </w:p>
        </w:tc>
        <w:tc>
          <w:tcPr>
            <w:tcW w:w="1134" w:type="dxa"/>
          </w:tcPr>
          <w:p w14:paraId="35BAE5B3" w14:textId="77777777" w:rsidR="007833F3" w:rsidRPr="00BA0C8B" w:rsidRDefault="00000000">
            <w:pPr>
              <w:spacing w:after="0"/>
            </w:pPr>
            <w:r w:rsidRPr="00BA0C8B">
              <w:rPr>
                <w:b/>
                <w:sz w:val="18"/>
              </w:rPr>
              <w:t>+1.3</w:t>
            </w:r>
          </w:p>
        </w:tc>
        <w:tc>
          <w:tcPr>
            <w:tcW w:w="1134" w:type="dxa"/>
          </w:tcPr>
          <w:p w14:paraId="5E0ACFA1" w14:textId="77777777" w:rsidR="007833F3" w:rsidRPr="00BA0C8B" w:rsidRDefault="00000000">
            <w:pPr>
              <w:spacing w:after="0"/>
            </w:pPr>
            <w:r w:rsidRPr="00BA0C8B">
              <w:rPr>
                <w:b/>
                <w:sz w:val="18"/>
              </w:rPr>
              <w:t>+2.0</w:t>
            </w:r>
          </w:p>
        </w:tc>
      </w:tr>
    </w:tbl>
    <w:p w14:paraId="7D0F7A68" w14:textId="2DE941D2" w:rsidR="007833F3" w:rsidRDefault="007833F3"/>
    <w:p w14:paraId="721AA635" w14:textId="074ED56C" w:rsidR="00AD7A24" w:rsidRPr="00AD7A24" w:rsidRDefault="00AD7A24" w:rsidP="00AD7A24">
      <w:pPr>
        <w:pStyle w:val="heading20"/>
        <w:rPr>
          <w:sz w:val="22"/>
          <w:szCs w:val="22"/>
        </w:rPr>
      </w:pPr>
      <w:r w:rsidRPr="00AD7A24">
        <w:rPr>
          <w:sz w:val="22"/>
          <w:szCs w:val="22"/>
        </w:rPr>
        <w:t xml:space="preserve">Annexe </w:t>
      </w:r>
      <w:r w:rsidRPr="00AD7A24">
        <w:rPr>
          <w:sz w:val="22"/>
          <w:szCs w:val="22"/>
        </w:rPr>
        <w:t>6</w:t>
      </w:r>
      <w:r w:rsidRPr="00AD7A24">
        <w:rPr>
          <w:sz w:val="22"/>
          <w:szCs w:val="22"/>
        </w:rPr>
        <w:t xml:space="preserve"> — échelle UEQ-S utilisée (Questionnaire </w:t>
      </w:r>
      <w:proofErr w:type="spellStart"/>
      <w:r w:rsidRPr="00AD7A24">
        <w:rPr>
          <w:sz w:val="22"/>
          <w:szCs w:val="22"/>
        </w:rPr>
        <w:t>AttrakDiff</w:t>
      </w:r>
      <w:proofErr w:type="spellEnd"/>
      <w:r w:rsidRPr="00AD7A24">
        <w:rPr>
          <w:sz w:val="22"/>
          <w:szCs w:val="22"/>
        </w:rPr>
        <w:t>)</w:t>
      </w:r>
      <w:r w:rsidRPr="00AD7A24">
        <w:rPr>
          <w:noProof/>
          <w:sz w:val="22"/>
          <w:szCs w:val="22"/>
        </w:rPr>
        <w:t xml:space="preserve"> </w:t>
      </w:r>
    </w:p>
    <w:p w14:paraId="4AD54090" w14:textId="1DACD92F" w:rsidR="00AD7A24" w:rsidRDefault="00AD7A24">
      <w:r>
        <w:rPr>
          <w:noProof/>
          <w:color w:val="000000"/>
          <w:sz w:val="22"/>
          <w:bdr w:val="none" w:sz="0" w:space="0" w:color="auto" w:frame="1"/>
        </w:rPr>
        <w:drawing>
          <wp:inline distT="0" distB="0" distL="0" distR="0" wp14:anchorId="0B1495F4" wp14:editId="2FC955C2">
            <wp:extent cx="3400355" cy="4669971"/>
            <wp:effectExtent l="0" t="0" r="0" b="0"/>
            <wp:docPr id="6711079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6606" cy="4678556"/>
                    </a:xfrm>
                    <a:prstGeom prst="rect">
                      <a:avLst/>
                    </a:prstGeom>
                    <a:noFill/>
                    <a:ln>
                      <a:noFill/>
                    </a:ln>
                  </pic:spPr>
                </pic:pic>
              </a:graphicData>
            </a:graphic>
          </wp:inline>
        </w:drawing>
      </w:r>
    </w:p>
    <w:p w14:paraId="613DD231" w14:textId="0C3D6B48" w:rsidR="00AD7A24" w:rsidRDefault="00AD7A24" w:rsidP="00AD7A24">
      <w:pPr>
        <w:pStyle w:val="Titre2"/>
      </w:pPr>
      <w:r w:rsidRPr="00BA0C8B">
        <w:t xml:space="preserve">Annexe </w:t>
      </w:r>
      <w:r>
        <w:t>7</w:t>
      </w:r>
      <w:r w:rsidRPr="00BA0C8B">
        <w:t xml:space="preserve"> </w:t>
      </w:r>
      <w:r>
        <w:t>–</w:t>
      </w:r>
      <w:r w:rsidRPr="00BA0C8B">
        <w:t xml:space="preserve"> </w:t>
      </w:r>
      <w:r>
        <w:t xml:space="preserve">Dessin </w:t>
      </w:r>
      <w:proofErr w:type="gramStart"/>
      <w:r>
        <w:t>des test</w:t>
      </w:r>
      <w:proofErr w:type="gramEnd"/>
      <w:r>
        <w:t xml:space="preserve"> des 5 </w:t>
      </w:r>
      <w:proofErr w:type="spellStart"/>
      <w:r>
        <w:t>sécondes</w:t>
      </w:r>
      <w:proofErr w:type="spellEnd"/>
      <w:r>
        <w:t> :</w:t>
      </w:r>
      <w:r w:rsidR="00540EAF">
        <w:t xml:space="preserve"> </w:t>
      </w:r>
    </w:p>
    <w:p w14:paraId="370954D2" w14:textId="5B4CE0CD" w:rsidR="00540EAF" w:rsidRPr="00540EAF" w:rsidRDefault="00540EAF" w:rsidP="00540EAF">
      <w:r>
        <w:t xml:space="preserve">Inès : </w:t>
      </w:r>
      <w:r>
        <w:rPr>
          <w:noProof/>
        </w:rPr>
        <w:drawing>
          <wp:inline distT="0" distB="0" distL="0" distR="0" wp14:anchorId="0A115BB1" wp14:editId="281E46EF">
            <wp:extent cx="2228898" cy="2425700"/>
            <wp:effectExtent l="0" t="0" r="0" b="0"/>
            <wp:docPr id="116715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488" cy="2432872"/>
                    </a:xfrm>
                    <a:prstGeom prst="rect">
                      <a:avLst/>
                    </a:prstGeom>
                    <a:noFill/>
                    <a:ln>
                      <a:noFill/>
                    </a:ln>
                  </pic:spPr>
                </pic:pic>
              </a:graphicData>
            </a:graphic>
          </wp:inline>
        </w:drawing>
      </w:r>
    </w:p>
    <w:p w14:paraId="32C240D4" w14:textId="182EA279" w:rsidR="00AD7A24" w:rsidRDefault="00540EAF">
      <w:r>
        <w:t>Mehdi :</w:t>
      </w:r>
      <w:r>
        <w:rPr>
          <w:noProof/>
        </w:rPr>
        <w:drawing>
          <wp:inline distT="0" distB="0" distL="0" distR="0" wp14:anchorId="359516C3" wp14:editId="3D43E503">
            <wp:extent cx="3657600" cy="4875298"/>
            <wp:effectExtent l="0" t="0" r="0" b="1905"/>
            <wp:docPr id="16702968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208" cy="4888105"/>
                    </a:xfrm>
                    <a:prstGeom prst="rect">
                      <a:avLst/>
                    </a:prstGeom>
                    <a:noFill/>
                    <a:ln>
                      <a:noFill/>
                    </a:ln>
                  </pic:spPr>
                </pic:pic>
              </a:graphicData>
            </a:graphic>
          </wp:inline>
        </w:drawing>
      </w:r>
    </w:p>
    <w:p w14:paraId="7F28540F" w14:textId="77777777" w:rsidR="00540EAF" w:rsidRDefault="00540EAF"/>
    <w:p w14:paraId="7AA3BBD4" w14:textId="77777777" w:rsidR="00540EAF" w:rsidRDefault="00540EAF"/>
    <w:p w14:paraId="4D39DC70" w14:textId="41D4C25C" w:rsidR="00540EAF" w:rsidRDefault="00540EAF">
      <w:r>
        <w:t>Lucas :</w:t>
      </w:r>
      <w:r>
        <w:rPr>
          <w:noProof/>
        </w:rPr>
        <w:drawing>
          <wp:inline distT="0" distB="0" distL="0" distR="0" wp14:anchorId="3CE7AF47" wp14:editId="6789DC3E">
            <wp:extent cx="3444382" cy="4591094"/>
            <wp:effectExtent l="0" t="0" r="3810" b="0"/>
            <wp:docPr id="20809401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2055" cy="4601322"/>
                    </a:xfrm>
                    <a:prstGeom prst="rect">
                      <a:avLst/>
                    </a:prstGeom>
                    <a:noFill/>
                    <a:ln>
                      <a:noFill/>
                    </a:ln>
                  </pic:spPr>
                </pic:pic>
              </a:graphicData>
            </a:graphic>
          </wp:inline>
        </w:drawing>
      </w:r>
    </w:p>
    <w:p w14:paraId="363472C2" w14:textId="77777777" w:rsidR="00540EAF" w:rsidRDefault="00540EAF"/>
    <w:p w14:paraId="07CFF1CF" w14:textId="77777777" w:rsidR="00540EAF" w:rsidRDefault="00540EAF"/>
    <w:p w14:paraId="6D0B5535" w14:textId="77777777" w:rsidR="00540EAF" w:rsidRDefault="00540EAF"/>
    <w:p w14:paraId="7282F721" w14:textId="05EB2CD8" w:rsidR="00540EAF" w:rsidRDefault="00540EAF">
      <w:r>
        <w:t>Déclaration d’IA :</w:t>
      </w:r>
    </w:p>
    <w:p w14:paraId="44E166F5" w14:textId="51AE5FDD" w:rsidR="00540EAF" w:rsidRDefault="00540EAF">
      <w:r>
        <w:t xml:space="preserve">Je déclare avoir utilisé codex l’éditeur de code pour donner du style à mon document et construire </w:t>
      </w:r>
      <w:proofErr w:type="gramStart"/>
      <w:r>
        <w:t>les tableau</w:t>
      </w:r>
      <w:proofErr w:type="gramEnd"/>
      <w:r>
        <w:t xml:space="preserve"> ainsi que pour faire les </w:t>
      </w:r>
      <w:r w:rsidR="008643AF">
        <w:t>calculs</w:t>
      </w:r>
      <w:r>
        <w:t xml:space="preserve"> de moyenne et généré </w:t>
      </w:r>
      <w:r w:rsidR="008643AF">
        <w:t>les images explicatives</w:t>
      </w:r>
      <w:r>
        <w:t xml:space="preserve"> tel que le radar mais rien d’autre.</w:t>
      </w:r>
    </w:p>
    <w:sectPr w:rsidR="00540EAF" w:rsidSect="00034616">
      <w:pgSz w:w="12240" w:h="15840"/>
      <w:pgMar w:top="1247" w:right="1247" w:bottom="113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3FC4A" w14:textId="77777777" w:rsidR="002978C1" w:rsidRPr="00BA0C8B" w:rsidRDefault="002978C1">
      <w:pPr>
        <w:spacing w:after="0" w:line="240" w:lineRule="auto"/>
      </w:pPr>
      <w:r w:rsidRPr="00BA0C8B">
        <w:separator/>
      </w:r>
    </w:p>
  </w:endnote>
  <w:endnote w:type="continuationSeparator" w:id="0">
    <w:p w14:paraId="0E3D3144" w14:textId="77777777" w:rsidR="002978C1" w:rsidRPr="00BA0C8B" w:rsidRDefault="002978C1">
      <w:pPr>
        <w:spacing w:after="0" w:line="240" w:lineRule="auto"/>
      </w:pPr>
      <w:r w:rsidRPr="00BA0C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75646" w14:textId="77777777" w:rsidR="007833F3" w:rsidRPr="00BA0C8B" w:rsidRDefault="00000000">
    <w:pPr>
      <w:pStyle w:val="Pieddepage"/>
      <w:jc w:val="center"/>
    </w:pPr>
    <w:r w:rsidRPr="00BA0C8B">
      <w:rPr>
        <w:color w:val="5F6B7A"/>
        <w:sz w:val="17"/>
      </w:rPr>
      <w:t xml:space="preserve">Rapport individuel de test utilisateur | </w:t>
    </w:r>
    <w:r w:rsidRPr="00BA0C8B">
      <w:fldChar w:fldCharType="begin"/>
    </w:r>
    <w:r w:rsidRPr="00BA0C8B">
      <w:instrText>PAGE</w:instrText>
    </w:r>
    <w:r w:rsidR="004462E0" w:rsidRPr="00BA0C8B">
      <w:fldChar w:fldCharType="separate"/>
    </w:r>
    <w:r w:rsidR="004462E0" w:rsidRPr="00BA0C8B">
      <w:t>1</w:t>
    </w:r>
    <w:r w:rsidRPr="00BA0C8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86163" w14:textId="77777777" w:rsidR="002978C1" w:rsidRPr="00BA0C8B" w:rsidRDefault="002978C1">
      <w:pPr>
        <w:spacing w:after="0" w:line="240" w:lineRule="auto"/>
      </w:pPr>
      <w:r w:rsidRPr="00BA0C8B">
        <w:separator/>
      </w:r>
    </w:p>
  </w:footnote>
  <w:footnote w:type="continuationSeparator" w:id="0">
    <w:p w14:paraId="28B74D79" w14:textId="77777777" w:rsidR="002978C1" w:rsidRPr="00BA0C8B" w:rsidRDefault="002978C1">
      <w:pPr>
        <w:spacing w:after="0" w:line="240" w:lineRule="auto"/>
      </w:pPr>
      <w:r w:rsidRPr="00BA0C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E3D7" w14:textId="77777777" w:rsidR="007833F3" w:rsidRPr="00BA0C8B" w:rsidRDefault="00000000">
    <w:pPr>
      <w:pStyle w:val="En-tte"/>
      <w:jc w:val="right"/>
    </w:pPr>
    <w:r w:rsidRPr="00BA0C8B">
      <w:rPr>
        <w:color w:val="5F6B7A"/>
        <w:sz w:val="17"/>
      </w:rPr>
      <w:t xml:space="preserve">Projet KMS Street </w:t>
    </w:r>
    <w:proofErr w:type="spellStart"/>
    <w:r w:rsidRPr="00BA0C8B">
      <w:rPr>
        <w:color w:val="5F6B7A"/>
        <w:sz w:val="17"/>
      </w:rPr>
      <w:t>Workout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4166A7D"/>
    <w:multiLevelType w:val="hybridMultilevel"/>
    <w:tmpl w:val="25D2713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07B20450"/>
    <w:multiLevelType w:val="hybridMultilevel"/>
    <w:tmpl w:val="AA82E762"/>
    <w:lvl w:ilvl="0" w:tplc="2650535A">
      <w:start w:val="1"/>
      <w:numFmt w:val="bullet"/>
      <w:lvlText w:val="•"/>
      <w:lvlJc w:val="left"/>
      <w:pPr>
        <w:ind w:left="720" w:hanging="360"/>
      </w:pPr>
    </w:lvl>
    <w:lvl w:ilvl="1" w:tplc="17C09044">
      <w:numFmt w:val="decimal"/>
      <w:lvlText w:val=""/>
      <w:lvlJc w:val="left"/>
    </w:lvl>
    <w:lvl w:ilvl="2" w:tplc="F46ED3A2">
      <w:numFmt w:val="decimal"/>
      <w:lvlText w:val=""/>
      <w:lvlJc w:val="left"/>
    </w:lvl>
    <w:lvl w:ilvl="3" w:tplc="97F08198">
      <w:numFmt w:val="decimal"/>
      <w:lvlText w:val=""/>
      <w:lvlJc w:val="left"/>
    </w:lvl>
    <w:lvl w:ilvl="4" w:tplc="14706190">
      <w:numFmt w:val="decimal"/>
      <w:lvlText w:val=""/>
      <w:lvlJc w:val="left"/>
    </w:lvl>
    <w:lvl w:ilvl="5" w:tplc="5378854C">
      <w:numFmt w:val="decimal"/>
      <w:lvlText w:val=""/>
      <w:lvlJc w:val="left"/>
    </w:lvl>
    <w:lvl w:ilvl="6" w:tplc="1488E264">
      <w:numFmt w:val="decimal"/>
      <w:lvlText w:val=""/>
      <w:lvlJc w:val="left"/>
    </w:lvl>
    <w:lvl w:ilvl="7" w:tplc="BC0CB7F2">
      <w:numFmt w:val="decimal"/>
      <w:lvlText w:val=""/>
      <w:lvlJc w:val="left"/>
    </w:lvl>
    <w:lvl w:ilvl="8" w:tplc="3D847AEA">
      <w:numFmt w:val="decimal"/>
      <w:lvlText w:val=""/>
      <w:lvlJc w:val="left"/>
    </w:lvl>
  </w:abstractNum>
  <w:abstractNum w:abstractNumId="11" w15:restartNumberingAfterBreak="0">
    <w:nsid w:val="29B00F01"/>
    <w:multiLevelType w:val="multilevel"/>
    <w:tmpl w:val="B09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4043669">
    <w:abstractNumId w:val="8"/>
  </w:num>
  <w:num w:numId="2" w16cid:durableId="1154764085">
    <w:abstractNumId w:val="6"/>
  </w:num>
  <w:num w:numId="3" w16cid:durableId="1928885574">
    <w:abstractNumId w:val="5"/>
  </w:num>
  <w:num w:numId="4" w16cid:durableId="1825586784">
    <w:abstractNumId w:val="4"/>
  </w:num>
  <w:num w:numId="5" w16cid:durableId="1765220180">
    <w:abstractNumId w:val="7"/>
  </w:num>
  <w:num w:numId="6" w16cid:durableId="489448836">
    <w:abstractNumId w:val="3"/>
  </w:num>
  <w:num w:numId="7" w16cid:durableId="1253667357">
    <w:abstractNumId w:val="2"/>
  </w:num>
  <w:num w:numId="8" w16cid:durableId="1491560624">
    <w:abstractNumId w:val="1"/>
  </w:num>
  <w:num w:numId="9" w16cid:durableId="1824663494">
    <w:abstractNumId w:val="0"/>
  </w:num>
  <w:num w:numId="10" w16cid:durableId="185799744">
    <w:abstractNumId w:val="9"/>
  </w:num>
  <w:num w:numId="11" w16cid:durableId="1410228832">
    <w:abstractNumId w:val="11"/>
  </w:num>
  <w:num w:numId="12" w16cid:durableId="2132429296">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657"/>
    <w:rsid w:val="00034616"/>
    <w:rsid w:val="0006063C"/>
    <w:rsid w:val="000B50E1"/>
    <w:rsid w:val="0015074B"/>
    <w:rsid w:val="00290950"/>
    <w:rsid w:val="0029639D"/>
    <w:rsid w:val="002978C1"/>
    <w:rsid w:val="002B4011"/>
    <w:rsid w:val="002C67C6"/>
    <w:rsid w:val="00326F90"/>
    <w:rsid w:val="00353824"/>
    <w:rsid w:val="00380A9C"/>
    <w:rsid w:val="003B4B80"/>
    <w:rsid w:val="004462E0"/>
    <w:rsid w:val="004943E4"/>
    <w:rsid w:val="004C6428"/>
    <w:rsid w:val="00540EAF"/>
    <w:rsid w:val="0055625F"/>
    <w:rsid w:val="00632E78"/>
    <w:rsid w:val="006C3181"/>
    <w:rsid w:val="006C7319"/>
    <w:rsid w:val="007833F3"/>
    <w:rsid w:val="008643AF"/>
    <w:rsid w:val="00876262"/>
    <w:rsid w:val="008B2D03"/>
    <w:rsid w:val="009E0BA4"/>
    <w:rsid w:val="00AA1D8D"/>
    <w:rsid w:val="00AD7A24"/>
    <w:rsid w:val="00B47730"/>
    <w:rsid w:val="00BA0C8B"/>
    <w:rsid w:val="00BC7062"/>
    <w:rsid w:val="00CB0664"/>
    <w:rsid w:val="00CE1A3C"/>
    <w:rsid w:val="00DA45C5"/>
    <w:rsid w:val="00F02F82"/>
    <w:rsid w:val="00F0492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DAB4D0"/>
  <w14:defaultImageDpi w14:val="300"/>
  <w15:docId w15:val="{1A61EC43-577C-4B7B-B4EA-216C6042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Aptos" w:hAnsi="Aptos"/>
      <w:color w:val="222222"/>
      <w:sz w:val="21"/>
      <w:lang w:val="fr-CH"/>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F4E79"/>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F4E79"/>
      <w:sz w:val="25"/>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1F4E79"/>
      <w:sz w:val="22"/>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F4E79"/>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qFormat/>
    <w:rsid w:val="00FC693F"/>
    <w:pPr>
      <w:ind w:left="720"/>
      <w:contextualSpacing/>
    </w:pPr>
  </w:style>
  <w:style w:type="paragraph" w:styleId="Corpsdetexte">
    <w:name w:val="Body Text"/>
    <w:basedOn w:val="Normal"/>
    <w:link w:val="CorpsdetexteCar"/>
    <w:uiPriority w:val="99"/>
    <w:unhideWhenUsed/>
    <w:rsid w:val="00AA1D8D"/>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ind w:left="360"/>
      <w:contextualSpacing/>
    </w:pPr>
  </w:style>
  <w:style w:type="paragraph" w:styleId="Listecontinue2">
    <w:name w:val="List Continue 2"/>
    <w:basedOn w:val="Normal"/>
    <w:uiPriority w:val="99"/>
    <w:unhideWhenUsed/>
    <w:rsid w:val="0029639D"/>
    <w:pPr>
      <w:ind w:left="720"/>
      <w:contextualSpacing/>
    </w:pPr>
  </w:style>
  <w:style w:type="paragraph" w:styleId="Listecontinue3">
    <w:name w:val="List Continue 3"/>
    <w:basedOn w:val="Normal"/>
    <w:uiPriority w:val="99"/>
    <w:unhideWhenUsed/>
    <w:rsid w:val="0029639D"/>
    <w:pPr>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2B4011"/>
    <w:pPr>
      <w:spacing w:before="100" w:beforeAutospacing="1" w:after="100" w:afterAutospacing="1" w:line="240" w:lineRule="auto"/>
    </w:pPr>
    <w:rPr>
      <w:rFonts w:ascii="Times New Roman" w:eastAsia="Times New Roman" w:hAnsi="Times New Roman" w:cs="Times New Roman"/>
      <w:color w:val="auto"/>
      <w:sz w:val="24"/>
      <w:szCs w:val="24"/>
      <w:lang w:eastAsia="fr-CH"/>
    </w:rPr>
  </w:style>
  <w:style w:type="character" w:styleId="Lienhypertexte">
    <w:name w:val="Hyperlink"/>
    <w:basedOn w:val="Policepardfaut"/>
    <w:uiPriority w:val="99"/>
    <w:unhideWhenUsed/>
    <w:rsid w:val="006C7319"/>
    <w:rPr>
      <w:color w:val="0000FF" w:themeColor="hyperlink"/>
      <w:u w:val="single"/>
    </w:rPr>
  </w:style>
  <w:style w:type="character" w:styleId="Mentionnonrsolue">
    <w:name w:val="Unresolved Mention"/>
    <w:basedOn w:val="Policepardfaut"/>
    <w:uiPriority w:val="99"/>
    <w:semiHidden/>
    <w:unhideWhenUsed/>
    <w:rsid w:val="006C7319"/>
    <w:rPr>
      <w:color w:val="605E5C"/>
      <w:shd w:val="clear" w:color="auto" w:fill="E1DFDD"/>
    </w:rPr>
  </w:style>
  <w:style w:type="paragraph" w:customStyle="1" w:styleId="heading20">
    <w:name w:val="heading 20"/>
    <w:qFormat/>
    <w:rsid w:val="00AD7A24"/>
    <w:pPr>
      <w:spacing w:before="280" w:after="80" w:line="240" w:lineRule="auto"/>
      <w:outlineLvl w:val="1"/>
    </w:pPr>
    <w:rPr>
      <w:rFonts w:ascii="Arial" w:eastAsia="Arial" w:hAnsi="Arial" w:cs="Arial"/>
      <w:b/>
      <w:bCs/>
      <w:color w:val="2E75B6"/>
      <w:sz w:val="26"/>
      <w:szCs w:val="26"/>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ma.com/design/MLy5JaG3UH8CudYkRb0ia6/KMS?node-id=0-1"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V_Fxd6tDRYc"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4169</Words>
  <Characters>22935</Characters>
  <Application>Microsoft Office Word</Application>
  <DocSecurity>0</DocSecurity>
  <Lines>191</Lines>
  <Paragraphs>54</Paragraphs>
  <ScaleCrop>false</ScaleCrop>
  <HeadingPairs>
    <vt:vector size="6" baseType="variant">
      <vt:variant>
        <vt:lpstr>Titre</vt:lpstr>
      </vt:variant>
      <vt:variant>
        <vt:i4>1</vt:i4>
      </vt:variant>
      <vt:variant>
        <vt:lpstr>Titres</vt:lpstr>
      </vt:variant>
      <vt:variant>
        <vt:i4>35</vt:i4>
      </vt:variant>
      <vt:variant>
        <vt:lpstr>Title</vt:lpstr>
      </vt:variant>
      <vt:variant>
        <vt:i4>1</vt:i4>
      </vt:variant>
    </vt:vector>
  </HeadingPairs>
  <TitlesOfParts>
    <vt:vector size="37" baseType="lpstr">
      <vt:lpstr/>
      <vt:lpstr>1. Introduction</vt:lpstr>
      <vt:lpstr>2. Methodologie</vt:lpstr>
      <vt:lpstr>    2.1 Public cible et participant-es</vt:lpstr>
      <vt:lpstr>    2.2 Scenario</vt:lpstr>
      <vt:lpstr>        Tache 1 - Verifier si le sport est praticable gratuitement sans equipement payan</vt:lpstr>
      <vt:lpstr>        Tache 2 - Trouver les etapes importantes pour commencer a s'entrainer chez soi</vt:lpstr>
      <vt:lpstr>        Tache 3 - Trouver un coach adapte pour debuter des entrainements de force</vt:lpstr>
      <vt:lpstr>        Tache 4 - Savoir apres combien de temps un niveau avancé peut etre atteint</vt:lpstr>
      <vt:lpstr>        Tache 5 - Lire les retours d'experience des membres sur leurs progres</vt:lpstr>
      <vt:lpstr>    2.3 Maquette</vt:lpstr>
      <vt:lpstr>    2.4 Protocole de passation</vt:lpstr>
      <vt:lpstr>        Deroulement general</vt:lpstr>
      <vt:lpstr>        Test des 5 secondes</vt:lpstr>
      <vt:lpstr>        Deroulement du test par scenario</vt:lpstr>
      <vt:lpstr>        Questionnaire et entretien post-test</vt:lpstr>
      <vt:lpstr>3. Resultats</vt:lpstr>
      <vt:lpstr>    3.1 Description generale</vt:lpstr>
      <vt:lpstr>        Tableau de synthese des taches</vt:lpstr>
      <vt:lpstr>    3.2 Synthese des problemes utilisateurs</vt:lpstr>
      <vt:lpstr>        Tableau de synthese des problemes utilisateurs</vt:lpstr>
      <vt:lpstr>    3.3 Description detaillee de deux problemes</vt:lpstr>
      <vt:lpstr>        Probleme P1 - Confusion entre "Guide premiere seance" et "Seance a domicile"</vt:lpstr>
      <vt:lpstr>        Probleme P3 - Les temoignages sont difficiles a localiser</vt:lpstr>
      <vt:lpstr>    3.4 Resultats de l'evaluation post-test</vt:lpstr>
      <vt:lpstr>        Resultats chiffres de l'evaluation post-test (AttrakDiff)</vt:lpstr>
      <vt:lpstr>        Commentaires d'entretien</vt:lpstr>
      <vt:lpstr>4. Partie autoscopique</vt:lpstr>
      <vt:lpstr>5. References</vt:lpstr>
      <vt:lpstr>6. Annexes</vt:lpstr>
      <vt:lpstr>    Annexe 1 - Synthese du test des 5 secondes</vt:lpstr>
      <vt:lpstr>    Annexe 2 - Grille de scenario et chemins optimaux</vt:lpstr>
      <vt:lpstr>    Annexe 3 - Architecture du site teste</vt:lpstr>
      <vt:lpstr>    Annexe 4 - Radar ergonomique</vt:lpstr>
      <vt:lpstr>    Annexe 5 - Synthese chiffree AttrakDiff</vt:lpstr>
      <vt:lpstr>    Annexe 6 - Note sur les supports d'illustration</vt:lpstr>
      <vt:lpstr/>
    </vt:vector>
  </TitlesOfParts>
  <Manager/>
  <Company/>
  <LinksUpToDate>false</LinksUpToDate>
  <CharactersWithSpaces>27050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Mohammad Shabana</cp:lastModifiedBy>
  <cp:revision>5</cp:revision>
  <dcterms:created xsi:type="dcterms:W3CDTF">2026-03-13T20:26:00Z</dcterms:created>
  <dcterms:modified xsi:type="dcterms:W3CDTF">2026-03-13T20:29:00Z</dcterms:modified>
  <cp:category/>
</cp:coreProperties>
</file>